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55-inch LCD Video Wall Panel for Control Room Display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NX-VP-5535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829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829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6356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imensions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6356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13369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structur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1336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24323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nterface-layou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4323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55-inch Full HD LCD panel with a 3.5 mm combined bezel, designed for tiled monitoring, command and presentation walls.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NX-VP-5535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control room, Command center, Monitoring center, Presentation wall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Panel size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Combined bezel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NX-VP-5535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55-inch LCD Video Wall Panel for Control Room Display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55 inches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3.5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1920 × 1080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Panel size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55 inches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Combined bezel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1920 × 1080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Brightness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 nit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Viewing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178° H / V; 178° horizontal / vertical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150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Contrast ratio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1200:1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Response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ms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Backlight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D-LED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1213.5 × 684.3 × 89.94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 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14.4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150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review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wall, cabinet or front-maintenance structure from the approved project drawing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control room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Command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Monitoring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Presentation wall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rows × columns, mounting method, maintenance access and packing before quotation.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Color calibration, controller compatibility and final interfaces must be checked against the approved project submittal.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Project-based; confirm from wall layout and quantity · Lead time — Confirm after layout, mounting and packing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NX-VP-5535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55-inch LCD Video Wall Panel for Control Room Display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55-inch LCD Video Wall Panel for Control Room Display</dc:title>
  <dc:subject>NexPro English product specification</dc:subject>
  <dc:creator>NexPro</dc:creator>
  <cp:keywords>NX-VP-5535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