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VIDEO WALL DISPLAY &amp; NETWORK DECODING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4K Network Video Decoder with Video Wall Management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NX-VD-4K16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95063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9506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49858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rear-interfac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4985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47737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nterface-legend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4773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88114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ecode-output-example.pn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8811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84244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lit-screen-layout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24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35205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ystem-topology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20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modular 5U decoder platform for multi-screen control rooms, supporting 4K 60 Hz output, multi-window layouts and scalable video wall operation.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Video Wall Display &amp; Network Decoding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NX-VD-4K16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command center, Security operations center, Large monitoring wall, Multi-source display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Chassis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Modules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Maximum output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NX-VD-4K16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4K Network Video Decoder with Video Wall Management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5U modular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16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3840 × 2160 at 60 Hz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Chassis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5U modular chassis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Modules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3840 × 2160 at 60 Hz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Wall outputs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32 displays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 Ethernet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160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Chassis 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430 × 300 × 210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Module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16 modules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5U wall outputs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displays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decoding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H.265+, H.265, H.264, MPEG4 and MJPEG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Window layouts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 / 4 / 6 / 8 / 9 / 10 / 16 / 25 / 36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Integration protocols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ONVIF, GB28181, RTSP, RTP and SDK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160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°C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command center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operations center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monitoring wall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Multi-source display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Submit source types, channel count, stream resolution, target wall layout and required simultaneous windows.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Protocol and third-party device compatibility must be confirmed by model and project configuration.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Project-based; confirm from source and output counts · Lead time — Confirm after module and interface configuration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NX-VD-4K16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4K Network Video Decoder with Video Wall Management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4K Network Video Decoder with Video Wall Management</dc:title>
  <dc:subject>NexPro English product specification</dc:subject>
  <dc:creator>NexPro</dc:creator>
  <cp:keywords>NX-VD-4K16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