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VIDEO WALL DISPLAY &amp; NETWORK DECODING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5-inch Network PTZ Control Keyboard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NX-PC-5S3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6916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6916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34486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rear-interface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3448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418878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imensions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41887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58165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ystem-topology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5816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43554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keypad-layout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4355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008508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evice-list-ui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00850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NX-PC-5S3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network PTZ control keyboard with a 5-inch display, four-axis joystick, video decoding and PoE support for surveillance operators.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Video Wall Display &amp; Network Decoding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NX-PC-5S3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operator desk, PTZ camera control, Monitoring center, Decoder operation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Display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Managed devices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Decoding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NX-PC-5S3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Network PTZ Control Keyboard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5-inch 800 × 480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Up to 999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1080p at 30 fps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Display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5-inch 800 × 480 TFT LCD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Managed devices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999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RJ45 / RS422 / RS232; RJ45, RS422 and RS232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12 V / PoE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system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Linux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Video decoding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H.265 / H.264, up to 1080p at 30 fps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Four-axis variable-speed joystick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-10 to 55 °C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Security operator desk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PTZ camera control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Monitoring center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Decoder operation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camera brands/models, protocol, device count and required serial interfaces before quotation.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after compatibility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NX-PC-5S3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5-inch Network PTZ Control Keyboard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pn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5-inch Network PTZ Control Keyboard</dc:title>
  <dc:subject>NexPro English product specification</dc:subject>
  <dc:creator>NexPro</dc:creator>
  <cp:keywords>NX-PC-5S3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