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5-inch HD IP Joystick Controller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NX-PC-5HD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5237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37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1489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interfac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1489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9638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ystem-topology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6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NX-PC-5HD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NX-PC-5HD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NX-PC-5HD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low-power IP joystick controller with a 5-inch HD display, ONVIF control and serial interfaces for camera and decoder operation.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NX-PC-5HD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Compact monitoring desk, PTZ camera control, Local video preview, Decoder operation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Display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Managed devices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Decoding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NX-PC-5HD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HD IP Joystick Controller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1280 × 720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254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1080p at 30 fps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Display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5-inch 1280 × 720 LCD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Managed devices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 / RS485 / RS422 / RS232; RJ45, RS485, RS422 and RS232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12 V / PoE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1.5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system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Linux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H.264 / H.265, up to 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Four-axis joystick and rotary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1.5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50 °C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Compact monitoring desk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PTZ camera control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video preview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Decoder operation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camera brands/models, ONVIF behavior, device database size and required serial interfaces before quotation.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after compatibility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NX-PC-5HD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5-inch HD IP Joystick Controller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5-inch HD IP Joystick Controller</dc:title>
  <dc:subject>NexPro English product specification</dc:subject>
  <dc:creator>NexPro</dc:creator>
  <cp:keywords>NX-PC-5HD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