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VIDEO WALL DISPLAY &amp; NETWORK DECODING SYSTEM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5-inch HD IP Joystick Controller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NX-PC-5HD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3440"/>
        <w:gridCol w:w="3440"/>
        <w:gridCol w:w="3440"/>
      </w:tblGrid>
      <w:tr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752370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237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714894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rear-interfac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714894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779638" cy="1143000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system-topology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9638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NX-PC-5HD · Primary</w:t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NX-PC-5HD · Gallery</w:t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NX-PC-5HD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low-power IP joystick controller with a 5-inch HD display, ONVIF control and serial interfaces for camera and decoder operation.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Video Wall Display &amp; Network Decoding System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NX-PC-5HD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Compact monitoring desk, PTZ camera control, Local video preview, Decoder operation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Display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Managed devices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Decoding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NX-PC-5HD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5-inch HD IP Joystick Controller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5-inch 1280 × 720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Up to 254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1080p at 30 fps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Display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5-inch 1280 × 720 LCD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Managed devices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Up to 254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Decoding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1080p at 30 fps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RJ45 / RS485 / RS422 / RS232; RJ45, RS485, RS422 and RS232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DC 12 V / PoE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1.5 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Operating system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Linux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Video decoding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H.264 / H.265, up to 1080p at 30 fps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Control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Four-axis joystick and rotary control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1.5 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Operating temperature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-10 to 50 °C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Compact monitoring desk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PTZ camera control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Local video preview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Decoder operation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camera brands/models, ONVIF behavior, device database size and required serial interfaces before quotation.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after compatibility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NX-PC-5HD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Standalone model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Relationship Id="rId14" Type="http://schemas.openxmlformats.org/officeDocument/2006/relationships/image" Target="media/image5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Standalone model</dc:title>
  <dc:subject>NexPro English product specification</dc:subject>
  <dc:creator>NexPro</dc:creator>
  <cp:keywords>NX-PC-5HD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