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Line-Interactive UPS 650VA-2000VA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NX-UP-ST-002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5887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5887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9142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4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Line-interactive UPS with AVR providing enhanced voltage regulation for environments with frequent power fluctuations. Six models from 650VA to 2000VA.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NX-UP-ST-002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offices, Home offices, POS terminals, Security systems, Printers and peripherals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NX-UP-ST-002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Line-Interactive UPS 650VA-2000VA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Line-Interactive with AVR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650VA-2000VA / 390W-1200W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Line-Interactive with AVR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650VA-2000VA / 390W-1200W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Simulated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NX-UP-ST-002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AK650; AK850; AK1000; AK1200; AK1500; AK2000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NX-UP-ST-002 · Complete Model Specifications — AK650 | AK850 | AK1000 | AK1200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AK650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AK850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AK1000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AK1200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 / 510W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1200VA / 720W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 / 510W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1200VA / 720W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390×313×440mm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390×313×440mm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390×313×440mm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450×436×250mm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22.8kg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23.8kg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Units per carton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NX-UP-ST-002 · Complete Model Specifications — AK1500 | AK2000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AK1500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AK2000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450×436×250mm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450×436×250mm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25.2kg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34kg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Units per carton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Line-Interactive UPS 650VA-2000VA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Line-Interactive UPS 650VA-2000VA Series</dc:title>
  <dc:subject>NexPro English product specification</dc:subject>
  <dc:creator>NexPro</dc:creator>
  <cp:keywords>NX-UP-ST-002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