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Standby UPS 650VA-3000VA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NX-UP-ST-001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6942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42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95894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89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NX-UP-ST-001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NX-UP-ST-001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Cost-effective offline UPS series providing reliable battery backup and surge protection for personal computers, POS systems, and small office equipment. Available in 650VA to 3000VA capacities.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NX-UP-ST-001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Personal computers, Printers, POS terminals, Security systems, Fax machines, Modems and routers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NX-UP-ST-001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Standby UPS 650VA-3000VA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Offline (Standby)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650VA-3000VA / 390W-1800W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Offline (Standby)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650VA-3000VA / 390W-1800W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Simulated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VRLA sealed lead-acid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NX-UP-ST-001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SP650; SP1000; SP1500; SP2000; SP3000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NX-UP-ST-001 · Complete Model Specifications — SP650 | SP1000 | SP1500 | SP2000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SP650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SP1000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SP1500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SP2000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 / 390W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600W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1500VA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1200W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2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320×90×140mm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320×90×140mm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5.7kg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12.35kg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 / 390W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 / 600W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1500VA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2000VA / 1200W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2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320×90×140mm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320×90×140mm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5.7kg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12.35kg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140–280VAC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140–280VAC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140–280VAC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140–280VAC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time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10–16h to 90%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10–16h to 90%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10–16h to 90%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10–16h to 90% capacity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Display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Battery mode alarm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Low battery alarm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Overload alarm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Fault alarm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NX-UP-ST-001 · Complete Model Specifications — SP3000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SP3000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1800W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12V/12AH × 2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15.8kg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3000VA / 1800W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12V/12AH × 2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350×115×275mm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15.8kg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140–280VAC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50Hz; tolerance requires confirmation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time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10–16h to 90% capacity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Display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Battery mode alarm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Low battery alarm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Overload alarm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Fault alarm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Standby UPS 650VA-3000VA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Standby UPS 650VA-3000VA Series</dc:title>
  <dc:subject>NexPro English product specification</dc:subject>
  <dc:creator>NexPro</dc:creator>
  <cp:keywords>NX-UP-ST-001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