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Lithium Rack-Mounted Online UPS 1KVA-3KVA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NX-UP-RM-002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573817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57381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77445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44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NX-UP-RM-002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NX-UP-RM-002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19-inch rack-mountable online UPS with built-in LiFePO4 lithium battery. Lighter weight and longer cycle life for space-constrained server cabinets.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NX-UP-RM-002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racks and cabinets, Network infrastructure, Data centers, Telecommunications, Limited space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NX-UP-RM-002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Lithium Rack-Mounted Online UPS 1KVA-3KVA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Online Double Conversion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1KVA-3KVA / 900W-2700W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input / Single phase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Online Double Conversion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1KVA-3KVA / 900W-2700W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 phase input / Single phase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19-inch Rack Mount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0.9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LiFePO4 (Lithium Iron Phosphate)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NX-UP-RM-002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SP1KR(S); SP2KR(S); SP3KR(S)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NX-UP-RM-002 · Complete Model Specifications — SP1KR(S) | SP2KR(S) | SP3KR(S)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580"/>
        <w:gridCol w:w="2580"/>
        <w:gridCol w:w="2580"/>
        <w:gridCol w:w="2580"/>
      </w:tblGrid>
      <w:tr>
        <w:trPr>
          <w:tblHeader w:val="true"/>
        </w:trPr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SP1KR(S)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SP2KR(S)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SP3KR(S)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1KVA / 900W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2KVA / 1800W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3KVA / 2700W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94.5%; Battery: 87.5%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95.5%; Battery: 89.5%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95.5%; Battery: 91.5%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1KVA / 900W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2KVA / 1800W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3KVA / 2700W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94.5%; Battery: 87.5%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95.5%; Battery: 89.5%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95.5%; Battery: 91.5%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110–300VAC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110–300VAC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110–300VAC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Derating range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110–176VAC / 280–300VAC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110–176VAC / 280–300VAC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110–176VAC / 280–300VAC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Wiring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Synchronized frequency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power factor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0.9 / 1.0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0.9 / 1.0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0.9 / 1.0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Overload — AC-mode overload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30min; 110–130%: 10min; 130–150%: 30s; &gt;150%: 200ms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30min; 110–130%: 10min; 130–150%: 30s; &gt;150%: 200ms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30min; 110–130%: 10min; 130–150%: 30s; &gt;150%: 200ms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Overload — Battery-mode overload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1min; 110–130%: 10s; 130–150%: 3s; &gt;150%: 200ms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1min; 110–130%: 10s; 130–150%: 3s; &gt;150%: 200ms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1min; 110–130%: 10s; 130–150%: 3s; &gt;150%: 200ms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current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1–8A (adjustable)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1–8A (adjustable)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1–8A (adjustable)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Optional battery pack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AS400 / RS485 / SNMP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AS400 / RS485 / SNMP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AS400 / RS485 / SNMP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voltage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24/36/48VDC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48VDC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48VDC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energy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960Wh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960Wh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960Wh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BMS current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&gt;50A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&gt;50A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&gt;60A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Charging current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1–12A (adjustable)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1–12A (adjustable)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1–12A (adjustable)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Battery voltage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24/36/48VDC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48/72VDC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48/72/96VDC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Net weight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5.6kg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8.6kg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8.9kg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Lithium Rack-Mounted Online UPS 1KVA-3KVA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Lithium Rack-Mounted Online UPS 1KVA-3KVA Series</dc:title>
  <dc:subject>NexPro English product specification</dc:subject>
  <dc:creator>NexPro</dc:creator>
  <cp:keywords>NX-UP-RM-002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