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Rack-Mounted Online UPS 1KVA-10KVA Series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NX-UP-RM-001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5160"/>
        <w:gridCol w:w="5160"/>
      </w:tblGrid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573817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main_product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573817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820143" cy="1143000"/>
                  <wp:docPr id="3" name="Picture 3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parameter_table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0143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NX-UP-RM-001 · Primary</w:t>
            </w:r>
          </w:p>
        </w:tc>
        <w:tc>
          <w:tcPr>
            <w:tcW w:type="dxa" w:w="516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NX-UP-RM-001 · Gallery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19-inch rack-mountable online UPS series with true double conversion. Five models from 1KVA to 10KVA for server cabinet and structured cabling integration.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NX-UP-RM-001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Server racks and cabinets, Network infrastructure, Data centers, Telecommunications, Industrial control systems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NX-UP-RM-001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Rack-Mounted Online UPS 1KVA-10KVA Series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Online Double Conversion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1KVA-10KVA / 900W-9000W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Single phase input / Single phase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Online Double Conversion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1KVA-10KVA / 900W-9000W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Single phase input / Single phase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19-inch Rack Mount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Pure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0.9 (1–3kVA); 0.8 (6–10kVA)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VRLA sealed lead-acid; External battery (extended runtime)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NX-UP-RM-001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C1KR(S); C2KR(S); C3KR(S); C6KR(S); C10KR(S)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NX-UP-RM-001 · Complete Model Specifications — C1KR(S) | C2KR(S) | C3KR(S) | C6KR(S)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064"/>
        <w:gridCol w:w="2064"/>
        <w:gridCol w:w="2064"/>
        <w:gridCol w:w="2064"/>
        <w:gridCol w:w="2064"/>
      </w:tblGrid>
      <w:tr>
        <w:trPr>
          <w:tblHeader w:val="true"/>
        </w:trPr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C1KR(S)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C2KR(S)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C3KR(S)</w:t>
            </w:r>
          </w:p>
        </w:tc>
        <w:tc>
          <w:tcPr>
            <w:tcW w:type="dxa" w:w="2064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C6KR(S)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6KVA / 4800W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 + External option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1KVA / 900W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2KVA / 1800W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3KVA / 2700W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6KVA / 4800W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 + External option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92%; Battery: 90%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55–145VAC / 110–300VAC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55–145VAC / 110–300VAC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55–145VAC / 110–300VAC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 ±3%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85–140VAC / 160–280VAC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85–140VAC / 160–280VAC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85–140VAC / 160–280VAC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176–300VAC ±3%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 ±0.25Hz / 60Hz ±0.3Hz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 / 3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Product dimensions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  <w:tc>
          <w:tcPr>
            <w:tcW w:type="dxa" w:w="2064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</w:tr>
      <w:tr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8.6kg</w:t>
            </w:r>
          </w:p>
        </w:tc>
        <w:tc>
          <w:tcPr>
            <w:tcW w:type="dxa" w:w="2064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13kg</w:t>
            </w:r>
          </w:p>
        </w:tc>
      </w:tr>
    </w:tbl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NX-UP-RM-001 · Complete Model Specifications — C10KR(S)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C10KR(S)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8000W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 + External option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93%; Battery: 91%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10KVA / 8000W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Internal VRLA + External option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0ms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AC: 93%; Battery: 91%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power factor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≥0.99 @100% load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50% load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110–300VAC ±3%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Input voltage range at 100% load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176–300VAC ±3%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Output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100/110/115/120/127VAC or 200/208/220/230/240VAC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Voltage regulation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±1%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Synchronized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46–54Hz / 56–64Hz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Current crest ratio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3:1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(linear load)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≤3%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THD (non-linear load)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≤6%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Output — Battery-mode frequency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50/60Hz ±0.1Hz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Communication interface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RS232 / USB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SNMP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Optional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Communication &amp; Monitoring — Display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LCD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Operating temperature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0–40°C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Relative humidity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20–90% RH (non-condensing)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Environment — Noise level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&lt;50dBA @1m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Charging current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 / 2 / 4 / 6A (adjustable)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Battery quantity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16–20 (adjustable)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Product 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400×438×88mm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External battery configuration — 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17kg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Rack-Mounted Online UPS 1KVA-10KVA Series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Relationship Id="rId13" Type="http://schemas.openxmlformats.org/officeDocument/2006/relationships/image" Target="media/image4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Rack-Mounted Online UPS 1KVA-10KVA Series</dc:title>
  <dc:subject>NexPro English product specification</dc:subject>
  <dc:creator>NexPro</dc:creator>
  <cp:keywords>NX-UP-RM-001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