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High Frequency Online UPS 10KVA-30KVA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NX-UP-HF-003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46083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608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88312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arameter_tabl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31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NX-UP-HF-003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NX-UP-HF-003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Mid-power online UPS series with single/three-phase input flexibility. Four models from 10KVA to 30KVA with external battery bank configuration.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NX-UP-HF-003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Medium server rooms, Network centers, Banking and financial systems, Telecommunications infrastructure, Medical equipment, Industrial control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NX-UP-HF-003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High Frequency Online UPS 10KVA-30KVA Series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Online Double Conversion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10KVA–30KVA / 8000W–24000W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Three phase input / Single phase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Online Double Conversion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10KVA–30KVA / 8000W–24000W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Three phase input / Single phase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Tower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Pure 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0.8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External VRLA battery bank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NX-UP-HF-003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3C10K(S); 3C15K(S); 3C20K(S); 3C30K(S)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NX-UP-HF-003 · Complete Model Specifications — 3C10K(S) | 3C15K(S) | 3C20K(S) | 3C30K(S)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3C10K(S)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3C15K(S)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3C20K(S)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3C30K(S)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10KVA / 8000W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15KVA / 12000W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20KVA / 16000W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30KVA / 24000W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91%; Battery: 91%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91%; Battery: 91%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93%; Battery: 92%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91%; Battery: 90%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10KVA / 8000W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15KVA / 12000W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20KVA / 16000W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30KVA / 24000W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91%; Battery: 91%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91%; Battery: 91%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93%; Battery: 92%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91%; Battery: 90%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380/400/415VAC (3ph+N)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380/400/415VAC (3ph+N)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380/400/415VAC (3ph+N)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380/400/415VAC (3ph+N)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 at 50% load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190–520VAC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190–520VAC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190–520VAC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190–520VAC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 at 100% load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305–520VAC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305–520VAC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305–520VAC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305–520VAC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power factor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≥0.8 @100% load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≥0.8 @100% load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≥0.8 @100% load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≥0.8 @100% load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voltage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208/220/230/240VAC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208/220/230/240VAC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208/220/230/240VAC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208/220/230/240VAC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Voltage regulation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Synchronized frequency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Battery-mode frequency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±0.2Hz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±0.2Hz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±0.2Hz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±0.2Hz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Current crest ratio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(linear load)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(non-linear load)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≤5%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≤5%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≤5%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≤5%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Battery quantity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16–20 (adjustable)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16–20 (adjustable)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16–20 (adjustable)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16–20 (adjustable)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Charging current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4A preset; 1 / 2 / 4 / 6A adjustable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4A preset; 1 / 2 / 4 / 6A adjustable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4A preset; 1 / 2 / 4 / 6A adjustable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4A preset; 1 / 2 / 4 / 6A adjustable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Charging voltage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218.4 / 273VDC 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218.4 / 273VDC 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218.4 / 273VDC 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218.4 / 273VDC ±1%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Communication interface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SNMP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Display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0–45°C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0–45°C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0–45°C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0–45°C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20–95% RH (non-condensing)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20–95% RH (non-condensing)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20–95% RH (non-condensing)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20–95% RH (non-condensing)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&lt;60dBA @1m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&lt;60dBA @1m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&lt;60dBA @1m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&lt;60dBA @1m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High Frequency Online UPS 10KVA-30KVA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High Frequency Online UPS 10KVA-30KVA Series</dc:title>
  <dc:subject>NexPro English product specification</dc:subject>
  <dc:creator>NexPro</dc:creator>
  <cp:keywords>NX-UP-HF-003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