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UPS UNINTERRUPTIBLE POWER SUPPLY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DC Mini UPS 45W-120W Series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NX-UP-DC-002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648024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ain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648024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806760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arameter_tabl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676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NX-UP-DC-002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NX-UP-DC-002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Higher-power DC Mini UPS series with POE support for CCTV cameras, network equipment, and multi-voltage devices. Four model variants from 45W to 120W.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UPS Uninterruptible Power Supply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NX-UP-DC-002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CCTV systems, Routers and network terminals, POE-powered devices, Multi-voltage small equipment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Topology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Power Range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Phase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NX-UP-DC-002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DC Mini UPS 45W-120W Series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DC UPS with Li-ion battery &amp; POE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45W-120W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100–240VAC, 50–60Hz input / DC / USB / PoE options output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Topology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DC UPS with Li-ion battery &amp; POE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Range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45W-120W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Phase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100–240VAC, 50–60Hz input / DC / USB / PoE options output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Form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Compact DC Unit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Waveform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DC output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N/A (DC output)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Types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Lithium-ion / LiFePO4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NX-UP-DC-002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Available Configurations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DCP-045W; DCP-60W; DCP-100W; DCP-120W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one listed configuration during RFQ review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Destination Requirements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To be confirmed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ENGINEERING TABLES</w:t>
      </w:r>
    </w:p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NX-UP-DC-002 · Complete Model Specifications — DCP-045W | DCP-60W | DCP-100W | DCP-120W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064"/>
        <w:gridCol w:w="2064"/>
        <w:gridCol w:w="2064"/>
        <w:gridCol w:w="2064"/>
        <w:gridCol w:w="2064"/>
      </w:tblGrid>
      <w:tr>
        <w:trPr>
          <w:tblHeader w:val="true"/>
        </w:trPr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DCP-045W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DCP-60W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DCP-100W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DCP-120W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Rated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45W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60W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120W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configuration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/ 8 cells; 18650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/ 8 cells; 18650 / 32650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/ 8 cells; 18650 / 32650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/ 8 cells; 18650 / 32650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Dimensions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180×130×64mm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214×158.5×86mm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214×158.5×86mm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214×158.5×86mm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Net weight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0.83kg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1.85kg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1.88kg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1.9kg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Transfer time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Efficiency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Rated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45W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60W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120W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Battery configuration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/ 8 cells; 18650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/ 8 cells; 18650 / 32650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/ 8 cells; 18650 / 32650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/ 8 cells; 18650 / 32650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Product dimensions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180×130×64mm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214×158.5×86mm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214×158.5×86mm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214×158.5×86mm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Net weight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0.83kg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1.85kg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1.88kg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1.9kg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Efficiency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&gt;85%; Battery &gt;90%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voltage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100–240VAC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100–240VAC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100–240VAC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100–240VAC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frequency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50–60Hz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50–60Hz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50–60Hz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50–60Hz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Battery chemistry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Lithium-ion / LiFePO4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Lithium-ion / LiFePO4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Lithium-ion / LiFePO4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Lithium-ion / LiFePO4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Battery quantity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/ 8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/ 8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/ 8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 / 8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Battery cell size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18650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18650 / 32650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18650 / 32650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18650 / 32650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Cell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2000–2600mAh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2000–6000mAh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2000–6000mAh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2000–6000mAh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Protection — Protection function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Over-charge, over-discharge, over-current, overload, over-temperature and short circuit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Over-charge, over-discharge, over-current, overload, over-temperature and short circuit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Over-charge, over-discharge, over-current, overload, over-temperature and short circuit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Over-charge, over-discharge, over-current, overload, over-temperature and short circuit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Operating temperature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Storage temperature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-10–70°C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-10–70°C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-10–70°C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-10–70°C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Relative humidity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10–90% RH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10–90% RH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10–90% RH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10–90% RH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Altitude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&lt;3000m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&lt;3000m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&lt;3000m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&lt;3000m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Noise level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&lt;30dB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&lt;30dB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&lt;30dB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&lt;30dB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Housing — Housing material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ABS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ABS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ABS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ABS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Housing — Housing color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Black / White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Black / White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Black / White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Black / White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USB output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5V/2.4A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5V/2.4A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5V/2.4A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5V/2.4A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DC 5V output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5V/2.4A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5V/2.4A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5V/2.4A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5V/2.4A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DC 9V / 12V output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9V(12V)/2A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9V(12V)/2A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9V(12V)/2A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9V(12V)/2A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DC 12V output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12V/3.5A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12V/5A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12V/8A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12V/10A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PoE 15V output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15V/1.5A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15V/1.5A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15V/1.5A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PoE 24V output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24V/1A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24V/1A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24V/1A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24V/1A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PoE 48V output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48V/0.6A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48V/0.6A (optional)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48V/0.6A (optional)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48V/0.6A (optional)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Package dimensions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195×180×70mm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230×230×95mm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230×230×95mm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230×230×95mm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Gross weight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1.2kg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2.6kg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2.63kg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2.65kg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DC 19V output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19V/3A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19V/5A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19V/6A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DC Mini UPS 45W-120W Series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DC Mini UPS 45W-120W Series</dc:title>
  <dc:subject>NexPro English product specification</dc:subject>
  <dc:creator>NexPro</dc:creator>
  <cp:keywords>NX-UP-DC-002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