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UPS UNINTERRUPTIBLE POWER SUPPLY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DC Mini UPS 18W-36W Series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NX-UP-DC-001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5160"/>
        <w:gridCol w:w="5160"/>
      </w:tblGrid>
      <w:tr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104595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main_product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4595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844121" cy="1143000"/>
                  <wp:docPr id="3" name="Picture 3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arameter_table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4121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NX-UP-DC-001 · Primary</w:t>
            </w:r>
          </w:p>
        </w:tc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NX-UP-DC-001 · Gallery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Compact DC Mini UPS series with built-in lithium battery for routers, ONT devices, and small network equipment. Seven model variants from 18W to 36W.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UPS Uninterruptible Power Supply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Standalone model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NX-UP-DC-001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Routers and modems, Optical network terminals (ONT), CCTV cameras, Small network equipment, IoT devices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Topology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Power Range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Phase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NX-UP-DC-001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DC Mini UPS 18W-36W Series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DC UPS with Li-ion battery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18W-36W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85–265VAC, 50–60Hz input / DC / USB / PoE options output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Topology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DC UPS with Li-ion battery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Power Range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18W-36W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Phase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85–265VAC, 50–60Hz input / DC / USB / PoE options output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Form Factor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Compact DC Unit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Waveform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DC output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Power Factor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N/A (DC output)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Battery Types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Lithium-ion / LiFePO4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SKU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NX-UP-DC-001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Available Configurations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DC1018CP; DC1018; DC1018P; DC1024P; DC1036CP; DC1036; DC1036P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Configuration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one listed configuration during RFQ review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Destination Requirements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To be confirmed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ENGINEERING TABLES</w:t>
      </w:r>
    </w:p>
    <w:p>
      <w:pPr>
        <w:keepNext/>
        <w:spacing w:before="80" w:after="60" w:line="252" w:lineRule="auto"/>
      </w:pPr>
      <w:r>
        <w:rPr>
          <w:rFonts w:ascii="Arial" w:hAnsi="Arial"/>
          <w:b/>
          <w:i w:val="0"/>
          <w:color w:val="0F4C81"/>
          <w:sz w:val="18"/>
        </w:rPr>
        <w:t>NX-UP-DC-001 · Complete Model Specifications — DC1018CP | DC1018 | DC1018P | DC1024P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064"/>
        <w:gridCol w:w="2064"/>
        <w:gridCol w:w="2064"/>
        <w:gridCol w:w="2064"/>
        <w:gridCol w:w="2064"/>
      </w:tblGrid>
      <w:tr>
        <w:trPr>
          <w:tblHeader w:val="true"/>
        </w:trPr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Parameter</w:t>
            </w:r>
          </w:p>
        </w:tc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DC1018CP</w:t>
            </w:r>
          </w:p>
        </w:tc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DC1018</w:t>
            </w:r>
          </w:p>
        </w:tc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DC1018P</w:t>
            </w:r>
          </w:p>
        </w:tc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DC1024P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Rated capacity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18W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18W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18W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24W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Battery configuration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 × 18650; 2000–2600mAh/cell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 × 18650; 2000–2600mAh/cell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 × 18650; 2000–2600mAh/cell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 × 18650; 2000–2600mAh/cell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Dimensions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160×105×33mm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160×105×33mm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160×105×33mm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160×105×33mm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Net weight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0.38kg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0.4kg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0.39kg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0.4kg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Transfer time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Efficiency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 &gt;85%; Battery &gt;90%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 &gt;85%; Battery &gt;90%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 &gt;85%; Battery &gt;90%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 &gt;85%; Battery &gt;90%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Rated capacity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18W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18W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18W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24W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Battery configuration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 × 18650; 2000–2600mAh/cell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 × 18650; 2000–2600mAh/cell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 × 18650; 2000–2600mAh/cell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 × 18650; 2000–2600mAh/cell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Product dimensions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160×105×33mm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160×105×33mm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160×105×33mm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160×105×33mm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Net weight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0.38kg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0.4kg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0.39kg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0.4kg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Efficiency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 &gt;85%; Battery &gt;90%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 &gt;85%; Battery &gt;90%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 &gt;85%; Battery &gt;90%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 &gt;85%; Battery &gt;90%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Input — Input voltage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85–265VAC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85–265VAC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85–265VAC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85–265VAC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Input — Input frequency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50–60Hz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50–60Hz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50–60Hz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50–60Hz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Battery — Battery chemistry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Lithium-ion / LiFePO4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Lithium-ion / LiFePO4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Lithium-ion / LiFePO4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Lithium-ion / LiFePO4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Battery — Battery cell size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18650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18650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18650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18650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Battery — Cell capacity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2000–2600mAh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2000–2600mAh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2000–2600mAh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2000–2600mAh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Battery — Battery quantity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Protection — Protection function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Over-charge, over-discharge, over-current, overload, over-temperature and short circuit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Over-charge, over-discharge, over-current, overload, over-temperature and short circuit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Over-charge, over-discharge, over-current, overload, over-temperature and short circuit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Over-charge, over-discharge, over-current, overload, over-temperature and short circuit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Environment — Operating temperature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0–40°C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0–40°C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0–40°C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0–40°C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Environment — Storage temperature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-10–70°C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-10–70°C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-10–70°C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-10–70°C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Environment — Relative humidity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10–90% RH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10–90% RH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10–90% RH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10–90% RH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Environment — Altitude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&lt;3000m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&lt;3000m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&lt;3000m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&lt;3000m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Environment — Noise level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&lt;30dB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&lt;30dB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&lt;30dB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&lt;30dB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Housing — Housing material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ABS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ABS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ABS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ABS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Housing — Housing color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Black / White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Black / White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Black / White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Black / White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USB output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5V/2A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5V/2A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5V/2A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5V/2A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DC output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9V(12V)/1A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5V/2A; 9V/1A; 12V/1A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5V/2A; 9V/1A; 12V/1A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5V/2A; 9V/2A; 12V/2A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PoE output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15V/0.6A; 24V/0.6A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15V/0.6A; 24V/0.6A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15V/1A; 24V/1A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Physical — Package dimensions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180×160×37mm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180×160×37mm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180×160×37mm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180×160×37mm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Physical — Gross weight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0.51kg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0.53kg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0.5kg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0.52kg</w:t>
            </w:r>
          </w:p>
        </w:tc>
      </w:tr>
    </w:tbl>
    <w:p>
      <w:pPr>
        <w:keepNext/>
        <w:spacing w:before="80" w:after="60" w:line="252" w:lineRule="auto"/>
      </w:pPr>
      <w:r>
        <w:rPr>
          <w:rFonts w:ascii="Arial" w:hAnsi="Arial"/>
          <w:b/>
          <w:i w:val="0"/>
          <w:color w:val="0F4C81"/>
          <w:sz w:val="18"/>
        </w:rPr>
        <w:t>NX-UP-DC-001 · Complete Model Specifications — DC1036CP | DC1036 | DC1036P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580"/>
        <w:gridCol w:w="2580"/>
        <w:gridCol w:w="2580"/>
        <w:gridCol w:w="2580"/>
      </w:tblGrid>
      <w:tr>
        <w:trPr>
          <w:tblHeader w:val="true"/>
        </w:trPr>
        <w:tc>
          <w:tcPr>
            <w:tcW w:type="dxa" w:w="2580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Parameter</w:t>
            </w:r>
          </w:p>
        </w:tc>
        <w:tc>
          <w:tcPr>
            <w:tcW w:type="dxa" w:w="2580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DC1036CP</w:t>
            </w:r>
          </w:p>
        </w:tc>
        <w:tc>
          <w:tcPr>
            <w:tcW w:type="dxa" w:w="2580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DC1036</w:t>
            </w:r>
          </w:p>
        </w:tc>
        <w:tc>
          <w:tcPr>
            <w:tcW w:type="dxa" w:w="2580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DC1036P</w:t>
            </w:r>
          </w:p>
        </w:tc>
      </w:tr>
      <w:tr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Rated capacity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36W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36W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36W</w:t>
            </w:r>
          </w:p>
        </w:tc>
      </w:tr>
      <w:tr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Battery configuration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 × 18650; 2000–2600mAh/cell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 × 18650; 2000–2600mAh/cell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 × 18650; 2000–2600mAh/cell</w:t>
            </w:r>
          </w:p>
        </w:tc>
      </w:tr>
      <w:tr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Dimensions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160×105×33mm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160×105×33mm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160×105×33mm</w:t>
            </w:r>
          </w:p>
        </w:tc>
      </w:tr>
      <w:tr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Net weight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0.41kg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0.4kg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0.42kg</w:t>
            </w:r>
          </w:p>
        </w:tc>
      </w:tr>
      <w:tr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Transfer time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</w:tr>
      <w:tr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Efficiency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 &gt;85%; Battery &gt;90%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 &gt;85%; Battery &gt;90%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 &gt;85%; Battery &gt;90%</w:t>
            </w:r>
          </w:p>
        </w:tc>
      </w:tr>
      <w:tr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Rated capacity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36W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36W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36W</w:t>
            </w:r>
          </w:p>
        </w:tc>
      </w:tr>
      <w:tr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Battery configuration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 × 18650; 2000–2600mAh/cell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 × 18650; 2000–2600mAh/cell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 × 18650; 2000–2600mAh/cell</w:t>
            </w:r>
          </w:p>
        </w:tc>
      </w:tr>
      <w:tr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Product dimensions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160×105×33mm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160×105×33mm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160×105×33mm</w:t>
            </w:r>
          </w:p>
        </w:tc>
      </w:tr>
      <w:tr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Net weight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0.41kg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0.4kg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0.42kg</w:t>
            </w:r>
          </w:p>
        </w:tc>
      </w:tr>
      <w:tr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Efficiency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 &gt;85%; Battery &gt;90%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 &gt;85%; Battery &gt;90%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 &gt;85%; Battery &gt;90%</w:t>
            </w:r>
          </w:p>
        </w:tc>
      </w:tr>
      <w:tr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Input — Input voltage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85–265VAC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85–265VAC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85–265VAC</w:t>
            </w:r>
          </w:p>
        </w:tc>
      </w:tr>
      <w:tr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Input — Input frequency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50–60Hz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50–60Hz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50–60Hz</w:t>
            </w:r>
          </w:p>
        </w:tc>
      </w:tr>
      <w:tr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Battery — Battery chemistry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Lithium-ion / LiFePO4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Lithium-ion / LiFePO4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Lithium-ion / LiFePO4</w:t>
            </w:r>
          </w:p>
        </w:tc>
      </w:tr>
      <w:tr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Battery — Battery cell size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18650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18650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18650</w:t>
            </w:r>
          </w:p>
        </w:tc>
      </w:tr>
      <w:tr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Battery — Cell capacity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2000–2600mAh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2000–2600mAh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2000–2600mAh</w:t>
            </w:r>
          </w:p>
        </w:tc>
      </w:tr>
      <w:tr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Battery — Battery quantity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</w:t>
            </w:r>
          </w:p>
        </w:tc>
      </w:tr>
      <w:tr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Protection — Protection function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Over-charge, over-discharge, over-current, overload, over-temperature and short circuit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Over-charge, over-discharge, over-current, overload, over-temperature and short circuit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Over-charge, over-discharge, over-current, overload, over-temperature and short circuit</w:t>
            </w:r>
          </w:p>
        </w:tc>
      </w:tr>
      <w:tr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Environment — Operating temperature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0–40°C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0–40°C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0–40°C</w:t>
            </w:r>
          </w:p>
        </w:tc>
      </w:tr>
      <w:tr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Environment — Storage temperature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-10–70°C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-10–70°C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-10–70°C</w:t>
            </w:r>
          </w:p>
        </w:tc>
      </w:tr>
      <w:tr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Environment — Relative humidity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10–90% RH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10–90% RH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10–90% RH</w:t>
            </w:r>
          </w:p>
        </w:tc>
      </w:tr>
      <w:tr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Environment — Altitude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&lt;3000m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&lt;3000m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&lt;3000m</w:t>
            </w:r>
          </w:p>
        </w:tc>
      </w:tr>
      <w:tr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Environment — Noise level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&lt;30dB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&lt;30dB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&lt;30dB</w:t>
            </w:r>
          </w:p>
        </w:tc>
      </w:tr>
      <w:tr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Housing — Housing material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ABS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ABS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ABS</w:t>
            </w:r>
          </w:p>
        </w:tc>
      </w:tr>
      <w:tr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Housing — Housing color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Black / White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Black / White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Black / White</w:t>
            </w:r>
          </w:p>
        </w:tc>
      </w:tr>
      <w:tr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USB output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5V/2A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5V/2A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5V/2A</w:t>
            </w:r>
          </w:p>
        </w:tc>
      </w:tr>
      <w:tr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DC output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9V/12V (3A)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5V/2A; 9V/2A; 12V/2A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5V/2A; 9V/2A; 12V/2A</w:t>
            </w:r>
          </w:p>
        </w:tc>
      </w:tr>
      <w:tr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PoE output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15V/1A; 24V/1A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15V/1A; 24V/1A</w:t>
            </w:r>
          </w:p>
        </w:tc>
      </w:tr>
      <w:tr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Physical — Package dimensions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180×160×37mm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180×160×37mm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180×160×37mm</w:t>
            </w:r>
          </w:p>
        </w:tc>
      </w:tr>
      <w:tr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Physical — Gross weight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0.55kg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0.51kg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0.56kg</w:t>
            </w:r>
          </w:p>
        </w:tc>
      </w:tr>
    </w:tbl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DC Mini UPS 18W-36W Series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Relationship Id="rId13" Type="http://schemas.openxmlformats.org/officeDocument/2006/relationships/image" Target="media/image4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DC Mini UPS 18W-36W Series</dc:title>
  <dc:subject>NexPro English product specification</dc:subject>
  <dc:creator>NexPro</dc:creator>
  <cp:keywords>NX-UP-DC-001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