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IFR 48V Rack-Mounted LiFePO4 Battery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NX-UP-BA-003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94409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1_main_product_image_ifr_48200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9440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60294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2_product_reference_ifr_48200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6029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11582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3_dimension_drawing_front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58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86601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4_dimension_drawing_side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8660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NX-UP-BA-003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NX-UP-BA-003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18423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5_bms_block_diagram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1842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92342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6_electrical_schematic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9234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38335" cy="1143000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7_can_rs485_pinout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33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071214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8_parallel_rs485_pinout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07121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NX-UP-BA-003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IFR 48V Rack-Mounted LiFePO4 Battery with 1 source-reviewed model for UPS DC backup, telecom backup and residential energy storage.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NX-UP-BA-003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DC backup, telecom backup and residential energy storage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NX-UP-BA-003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IFR 48V Rack-Mounted LiFePO4 Battery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48V rack-mounted LiFePO4 battery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48V / 200Ah / 9.6kWh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 discharge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48V rack-mounted LiFePO4 battery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48V / 200Ah / 9.6kWh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charge / DC discharge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NX-UP-BA-003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48V / 200Ah / 9.6kWh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UPS Power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DC backup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telecom backup and residential energy storage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NX-UP-BA-003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IFR 48V Rack-Mounted LiFePO4 Battery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Relationship Id="rId19" Type="http://schemas.openxmlformats.org/officeDocument/2006/relationships/image" Target="media/image10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IFR 48V Rack-Mounted LiFePO4 Battery</dc:title>
  <dc:subject>NexPro English product specification</dc:subject>
  <dc:creator>NexPro</dc:creator>
  <cp:keywords>NX-UP-BA-003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