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3-Phase Low Frequency UPS 10KVA-800KVA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NX-UP-3P-002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2077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207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3327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2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NX-UP-3P-002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NX-UP-3P-002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Industrial-grade three-phase low frequency UPS with built-in output isolation transformer. Seven model variants from 10KVA to 800KVA for harsh environments and heavy industrial loads.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NX-UP-3P-002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Heavy industrial facilities, Large data centers, Manufacturing plants, Power grid substations, Oil and gas installations, Transportation hubs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NX-UP-3P-002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3-Phase Low Frequency UPS 10KVA-800KVA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 with Isolation Transformer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10KVA-800KVA / 8KW-640KW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3-phase + N input / 3-phase + N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 with Isolation Transformer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10KVA-800KVA / 8KW-640KW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3-phase + N input / 3-phase + N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Floor-standing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VRLA battery bank (32×12VDC)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NX-UP-3P-002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3C33 10KS; 3C33 20KS; 3C33 30KS; 3C33 40KS; 3C33 60KS; 3C33 80KS; 3C33 100-800KS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NX-UP-3P-002 · Complete Model Specifications — 3C33 10KS | 3C33 20KS | 3C33 30KS | 3C33 40KS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10KS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20KS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30KS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40KS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40KVA / 32KW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653×405×820mm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653×405×820mm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90%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90%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 / Battery: 91%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40KVA / 32KW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653×405×820mm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653×405×820mm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90%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90%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 / Battery: 91%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AC-mode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Overload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Control mode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Transfer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Switch to bypass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Return from bypass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Maintenance bypass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Battery quantity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Rated battery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method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NX-UP-3P-002 · Complete Model Specifications — 3C33 60KS | 3C33 80KS | 3C33 100-800KS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60KS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80KS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3C33 100-800KS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60KVA / 48KW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80KVA / 64KW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100KVA-800KVA / 80KW-640KW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975×635×1325mm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290kg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419kg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93%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60KVA / 48KW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80KVA / 64KW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100KVA-800KVA / 80KW-640KW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975×635×1325mm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290kg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419kg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93%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AC-mode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Overload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type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Control mode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Transfer time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Switch to bypass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Return from bypass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Maintenance bypass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Battery quantity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Rated battery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method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3-Phase Low Frequency UPS 10KVA-800KVA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3-Phase Low Frequency UPS 10KVA-800KVA Series</dc:title>
  <dc:subject>NexPro English product specification</dc:subject>
  <dc:creator>NexPro</dc:creator>
  <cp:keywords>NX-UP-3P-002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