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3-Phase High Frequency UPS 10KVA-200KVA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NX-UP-3P-001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823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23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883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8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NX-UP-3P-001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Three-phase high frequency online UPS with DSP control and N+X parallel redundancy. Seven model variants covering 10KVA to 200KVA for data centers and commercial facilities.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NX-UP-3P-001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centers, Large server rooms, Financial institutions, Telecommunications hubs, Transportation systems, Power industry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NX-UP-3P-001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High Frequency UPS 10KVA-200KVA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 with DSP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10KVA-200KVA / 8KW-160KW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3-phase + N input / 3-phase + N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 with DSP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10KVA-200KVA / 8KW-160KW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3-phase + N input / 3-phase + N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Tower; Floor-standing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NX-UP-3P-001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3C3 10K(S); 3C3 20K(S); 3C3 30K(S); 3C3 40K(S); 3C3 60K(S); 3C3 80K(S); 3C3 100-200K(S)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NX-UP-3P-001 · Complete Model Specifications — 3C3 10K(S) | 3C3 20K(S) | 3C3 30K(S) | 3C3 40K(S)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10K(S)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20K(S)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30K(S)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40K(S)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815×300×1000mm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24KW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40KVA / 32KW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592×250×826mm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815×250×826mm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815×300×1000mm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ECO: 96%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NX-UP-3P-001 · Complete Model Specifications — 3C3 60K(S) | 3C3 80K(S) | 3C3 100-200K(S)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60K(S)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80K(S)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3C3 100-200K(S)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100KVA-200KVA / 80KW-160KW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60KVA / 48KW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80KVA / 64KW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100KVA-200KVA / 80KW-160KW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790×360×900mm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ECO: 98% / Battery: 93%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3×400VAC (3ph+N)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3×360/380/400/415VAC (3ph+N)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≤2%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Up to 3 units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10min; 110–130%: 1min; &gt;130%: 1s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100–110%: 30s; 110–130%: 10s; &gt;130%: 1s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0–95% RH (non-condensing)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3-Phase High Frequency UPS 10KVA-200KVA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3-Phase High Frequency UPS 10KVA-200KVA Series</dc:title>
  <dc:subject>NexPro English product specification</dc:subject>
  <dc:creator>NexPro</dc:creator>
  <cp:keywords>NX-UP-3P-001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