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FPS-500 Portable Power Station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FPS-500-PORTABLE-POWER-STATION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fps-500-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FPS-500-PORTABLE-POWER-STATION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FPS-500 Portable Power Station with 1 source-reviewed model for Emergency response, field work, temporary offices and mobile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FPS-500-PORTABLE-POWER-STATION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response, field work, temporary offices and mobile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FPS-500-PORTABLE-POWER-STATION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FPS-500 Portable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energy storage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500W / 230Wh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solar charging input / AC and DC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energy storage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500W / 230Wh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solar charging input / AC and 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Modified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FPS-500-PORTABLE-POWER-STATION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FPS-500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FPS-500-PORTABLE-POWER-STATION · Complete Model Specifications — FPS-500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FPS-500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 / 230Wh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317*107*175mm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 / 230Wh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317*107*175mm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Output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Max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Wave Form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Modified Sine Wave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50Hz/60HZ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Output — USB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4PCS USB output 5V/3A(total current)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Output — DC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2PCS DC5.5/2.1 output 12V/5A(total current) (Option)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Input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INV mode 70~145VAC OR 140 ~260VAC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AC Charging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4hours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Solar Charging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 5A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Car Charging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14.6V/4A(Option)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 230WH 12.8V/18AH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type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LiFePO4 battery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Size /(mm)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317*107*175mm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Net weight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Size/CTN(mm)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380*359*488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(KG)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23.8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PCS per CTN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FPS-500 Portable Power Station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FPS-500 Portable Power Station</dc:title>
  <dc:subject>NexPro English product specification</dc:subject>
  <dc:creator>NexPro</dc:creator>
  <cp:keywords>FPS-500-PORTABLE-POWER-STATION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