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DCP Series Multi-Output DC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DCP-SERIES-DC-UPS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002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product-view-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00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9480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product-view-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948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8708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product-view-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8708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40077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compact-model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4007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1128906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high-power-models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11289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DCP Series Multi-Output DC UPS with 10 source-reviewed models for Routers, CCTV cameras, access control and PoE edge devices.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DCP-SERIES-DC-UPS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Routers, CCTV cameras, access control and PoE edge devices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DCP-SERIES-DC-UPS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DCP Series Multi-Output DC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Multi-output DC backup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 DC UPS to 120W DC UPS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or DC adapter input / DC, USB and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Multi-output DC backup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 DC UPS to 120W DC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or DC adapter input / DC, USB and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desktop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Regulated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DCP-SERIES-DC-UPS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DCP-018W; DCP-18W; DCP-6018W; DCP-36W; DCP-6036W; DCP-045W; DCP-060W; DCP-60W; DCP-100W; DCP-120W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DCP-SERIES-DC-UPS · Complete Model Specifications — DCP-018W | DCP-18W | DCP-6018W | DCP-36W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DCP-018W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DCP-18W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DCP-6018W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DCP-36W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128mm*77mm*27mm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180mm*106*40mm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180*106*40mm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1.68kg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128mm*77mm*27mm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180mm*106*40mm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180*106*40mm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1.68kg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output power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9V/2A max.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ports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9V/1A; DC 12V/1A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15V/0.6A; PoE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15V/0.6A; PoE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15V/1A; PoE 24V/1A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chemistry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Housing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Altitude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128mm*77mm*27mm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180mm*106*40mm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180*106*40mm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178mm*85mm*33mm(Without adaptor)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190mm*160mm*50mm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190mm*160mm*50mm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0.26kg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1.68kg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DCP-SERIES-DC-UPS · Complete Model Specifications — DCP-6036W | DCP-045W | DCP-060W | DCP-60W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DCP-6036W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DCP-045W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DCP-060W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1.69kg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0.85kg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 (max)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1.69kg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0.85kg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 (max)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output power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ports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15V/1A; PoE 24V/1A; PoE 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12V/3.5A; PoE 15V/1.5A; PoE 24V/1A; PoE 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12V/5A; PoE 15V/1.5A; PoE 24V/1A; PoE 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12V/5A; DC 19V/3A; PoE 15V/1.5A; PoE 24V/1A; PoE 48V/0.6A (optional)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chemistry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Housing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Altitude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&lt;45 dB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195mm*180mm*70mm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195mm*180mm*70mm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1.69kg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0.85kg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 (max)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2.44kg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2.6kg (max)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DCP-SERIES-DC-UPS · Complete Model Specifications — DCP-100W | DCP-120W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DCP-100W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DCP-120W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 DC UPS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 DC UPS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 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 (max)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 DC UPS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 DC UPS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 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 (max)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output power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ports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12V/8A; DC 19V/5A; PoE 15V/1.5A; PoE 24V/1A; PoE 48V/0.6A (optional)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12V/10A; DC 19V/6A; PoE 15V/1.5A; PoE 24V/1A; PoE 48V/0.6A (optional)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cell size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Cell capacity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quantity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chemistry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Housing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Protection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Altitude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&lt;45 dB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&lt;45 dB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Product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 (max)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 (max)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Gross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2.63kg 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2.65kg (max)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DCP Series Multi-Output DC UPS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DCP Series Multi-Output DC UPS</dc:title>
  <dc:subject>NexPro English product specification</dc:subject>
  <dc:creator>NexPro</dc:creator>
  <cp:keywords>DCP-SERIES-DC-UPS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