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DCF Series Mini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DCF-SERIES-MINI-UPS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253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f-lcd-mode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53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1173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f-led-mode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7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DCF-SERIES-MINI-UPS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DCF-SERIES-MINI-UPS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DCF Series Mini DC UPS with 8 source-reviewed models for Network edge devices, CCTV cameras and communications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DCF-SERIES-MINI-UPS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edge devices, CCTV cameras and communications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DCF-SERIES-MINI-UPS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DCF Series Mini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Display-equipped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18W–36W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Display-equipped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18W–36W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DCF-SERIES-MINI-UPS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DCF-1018C; DCF-1018CP; DCF-1018; DCF-1018P; DCF-1036C; DCF-1036CP; DCF-1036; DCF-1036P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DCF-SERIES-MINI-UPS · Complete Model Specifications — DCF-1018C | DCF-1018CP | DCF-1018 | DCF-1018P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0.59kg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DCF-SERIES-MINI-UPS · Complete Model Specifications — DCF-1036C | DCF-1036CP | DCF-1036 | DCF-1036P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DCF Series Mini DC UPS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DCF Series Mini DC UPS</dc:title>
  <dc:subject>NexPro English product specification</dc:subject>
  <dc:creator>NexPro</dc:creator>
  <cp:keywords>DCF-SERIES-MINI-UPS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