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DC Series Mini DC UPS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DC-SERIES-MINI-UPS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650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-series-form-factors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50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80705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-series-interface-view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807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DC-SERIES-MINI-UPS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DC-SERIES-MINI-UPS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DC Series Mini DC UPS with 8 source-reviewed models for Routers, ONT devices, CCTV cameras and IoT equipment.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DC-SERIES-MINI-UPS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Routers, ONT devices, CCTV cameras and IoT equipment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DC-SERIES-MINI-UPS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Series Mini DC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Compact DC backup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18W–36W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85–265VAC, 50–60Hz input / DC / USB / PoE options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Compact DC backup 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18W–36W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85–265VAC, 50–60Hz input / DC / USB / PoE options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Compact desktop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Regulated 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Lithium-ion / LiFePO4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DC-SERIES-MINI-UPS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DC1018C; DC1018CP; DC1018; DC1018P; DC1036C; DC1036CP; DC1036; DC1036P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DC-SERIES-MINI-UPS · Complete Model Specifications — DC1018C | DC1018CP | DC1018 | DC1018P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DC1018C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DC1018CP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DC1018P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9V/1A; 12V/1A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9V/1A; 12V/1A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0.51kg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0.53kg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0.52kg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15V/0.6A; 24V/0.6A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15V/0.6A; 24V/0.6A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DC-SERIES-MINI-UPS · Complete Model Specifications — DC1036C | DC1036CP | DC1036 | DC1036P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DC1036C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DC1036CP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DC1036P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0.42kg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0.42kg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9V/12V (3A)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9V/12V (3A)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0.52kg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0.55kg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0.51kg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0.56kg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DC Series Mini DC UPS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 Series Mini DC UPS</dc:title>
  <dc:subject>NexPro English product specification</dc:subject>
  <dc:creator>NexPro</dc:creator>
  <cp:keywords>DC-SERIES-MINI-UPS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