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AR Series Line-Interactive UPS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AR-LINE-INTERACTIVE-UPS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5735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r-series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5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AR-LINE-INTERACTIVE-UPS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AR Series Line-Interactive UPS with 3 source-reviewed models for Office PCs, POS terminals, CCTV recorders and small network equipment.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AR-LINE-INTERACTIVE-UPS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PCs, POS terminals, CCTV recorders and small network equipment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AR-LINE-INTERACTIVE-UPS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AR Series Line-Interactive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Line-interactive UPS with AVR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650VA/360W to 1000VA/600W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Line-interactive UPS with AVR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650VA/360W to 1000VA/600W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Simulated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Model-dependent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AR-LINE-INTERACTIVE-UPS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AR650; AR850; AR1000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AR-LINE-INTERACTIVE-UPS · Complete Model Specifications — AR650 | AR850 | AR1000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AR650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AR850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AR1000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650VA/360W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850VA/480W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1000VA/600W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1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115×115×40mm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115×115×40mm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115×115×40mm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5.8kg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6kg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4-6ms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4-6ms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4-6ms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650VA/360W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850VA/480W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1000VA/600W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12V/7Ah × 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12V/9Ah × 1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115×115×40mm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115×115×40mm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115×115×40mm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5.8kg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6kg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4-6ms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4-6ms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4-6ms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81–145VAC or 145–275VAC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81–145VAC or 145–275VAC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81–145VAC or 145–275VAC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(auto sensing)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(auto sensing)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(auto sensing)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110/120VAC or 220/230/240VAC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±10%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±1Hz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waveform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Simulated sine wave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Simulated sine wave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Simulated sine wave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8h to 90%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8h to 90%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8h to 90% capacity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Discharge, short circuit and overload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Display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Battery mode alarm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4 seconds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Low battery alarm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Overload alarm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Every second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Display &amp; Alarms — Fault alarm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Continuous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RJ45 / USB 5V (2A)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RJ45 / USB 5V (2A)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RJ45 / USB 5V (2A)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 (non-condensing)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 (non-condensing)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0–90% RH (non-condensing)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&lt;40dB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AR Series Line-Interactive UPS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 Series Line-Interactive UPS</dc:title>
  <dc:subject>NexPro English product specification</dc:subject>
  <dc:creator>NexPro</dc:creator>
  <cp:keywords>AR-LINE-INTERACTIVE-UPS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