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APS Series Portable Power Stations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APS-PORTABLE-POWER-STATION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4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ps-series-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APS-PORTABLE-POWER-STATION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APS Series Portable Power Stations with 2 source-reviewed models for Mobile service teams, emergency backup, field communications and lighting.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APS-PORTABLE-POWER-STATION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Mobile service teams, emergency backup, field communications and lighting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APS-PORTABLE-POWER-STATION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APS Series Portable Power Stations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Portable LiFePO4 power station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APS-500W to APS-1000W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AC, solar and vehicle charging input / AC and DC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 LiFePO4 power 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APS-500W to APS-1000W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AC, solar and vehicle charging input / AC and DC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Source-defined lithium or LiFePO4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APS-PORTABLE-POWER-STATION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APS-500W; APS-1000W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APS-PORTABLE-POWER-STATION · Complete Model Specifications — APS-500W | APS-1000W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APS-500W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APS-1000W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APS-500W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APS-1000W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307WH 12.8V/24AH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615WH 12.8V/48AH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366x169x175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366x169x175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6.6kg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9.7kg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AC input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INV mode INV 70~145VAC OR 140 ~260VAC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INV mode INV 70~145VAC OR 140 ~260VAC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AC charging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14.4V/8A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14.4V/8A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Solar charging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10A (max)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10A (max)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— Output voltage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220Vac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220Vac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— Output frequency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or 60Hz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or 60Hz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— Output waveform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sine wave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sine wave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— Max output power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500W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1000W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DC port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12V/10A(max)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12V/10A(max)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6.6kg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9.7kg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DC — USB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2*5V/2.4A USB-A ports + 1*QC2.0 fast chargingUSB-A port_ 2 5V/2.4AUSB-A +1 QC2.0 USB-A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2*5V/2.4A USB-A ports + 1*QC2.0 fast chargingUSB-A port_ 2 5V/2.4AUSB-A +1 QC2.0 USB-A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Specification — Battery type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LiFePO4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LiFePO4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Specification — Battery Numbers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Specification — Battery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307WH 12.8V/24AH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615WH 12.8V/48AH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Parameters — Size /(mm)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366x169x175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366x169x175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APS Series Portable Power Stations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 Series Portable Power Stations</dc:title>
  <dc:subject>NexPro English product specification</dc:subject>
  <dc:creator>NexPro</dc:creator>
  <cp:keywords>APS-PORTABLE-POWER-STATION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