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AL-Vertical Home Energy Storage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AL-VERTICAL-ESS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474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vertical-10kw-h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74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8490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vertical-5kw-h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90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AL-VERTICAL-ESS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AL-VERTICAL-ESS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AL-Vertical Home Energy Storage with 2 source-reviewed models for Residential solar storage and compact floor-standing backup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AL-VERTICAL-ESS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solar storage and compact floor-standing backup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AL-VERTICAL-ESS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AL-Vertical Home Energy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Vertical integrated energy storage system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5.5KW / 5.12KWH to 5.5KW / 10KWH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PV input / Single phase AC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Vertical integrated energy storage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5.5KW / 5.12KWH to 5.5KW / 10KWH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PV input / Single phase AC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Floor standing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AL-VERTICAL-ESS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AL-VERTICAL-5KW.H; AL-VERTICAL-10KW.H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AL-VERTICAL-ESS · Complete Model Specifications — AL-VERTICAL-5KW.H | AL-VERTICAL-10KW.H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AL-VERTICAL-5KW.H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AL-VERTICAL-10KW.H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5.5KW / 5.12KWH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5.5KW / 10KWH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1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5.5KW / 5.12KWH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5.5KW / 10KWH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1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DC input voltage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120–500V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120–500V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DC input power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5500W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5500W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210–230VAC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210–230VAC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power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configuration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3.2V 100Ah; 16S1P per module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3.2V 100Ah; 16S1P per module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Battery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670×500×285mm × 1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670×500×285mm × 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Wooden crate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680×510×300mm × 1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680×510×300mm × 2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Inverter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670×500×285mm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670×500×285mm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Gross weight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17.3kg + 66.05kg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17.3kg + 66.05kg + 66.65kg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AL-Vertical Home Energy Storage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AL-Vertical Home Energy Storage</dc:title>
  <dc:subject>NexPro English product specification</dc:subject>
  <dc:creator>NexPro</dc:creator>
  <cp:keywords>AL-VERTICAL-ESS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