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AL-PH Integrated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AL-PH-INTEGRATED-ESS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79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ph3-6kw-and-7-68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9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AL-PH-INTEGRATED-ESS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AL-PH Integrated Home Energy Storage with 2 source-reviewed models for Residential backup, solar self-consumption and off-grid homes.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AL-PH-INTEGRATED-ESS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backup, solar self-consumption and off-grid homes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AL-PH-INTEGRATED-ESS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AL-PH Integrated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Integrated inverter and LiFePO4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/ 7.68KWH to 6KW / 16KWH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Integrated inverter and LiFePO4 storage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7.68KWH to 6KW / 16KWH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 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AL-PH-INTEGRATED-ESS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AL-PH3.6KW-7.68KWH; AL-PH6KW-16KWH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AL-PH-INTEGRATED-ESS · Complete Model Specifications — AL-PH3.6KW-7.68KWH | AL-PH6KW-16KWH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AL-PH3.6KW-7.68KWH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AL-PH6KW-16KWH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3.6KW / 7.68KWH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6KW / 16KWH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25.6V 300Ah / 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314Ah / 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740×400×240mm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1040×460×240mm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3.6KW / 7.68KWH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6KW / 16KWH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25.6V 300Ah / 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314Ah / 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740×400×240mm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1040×460×240mm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PV input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PV charging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40–450V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60–450V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Optimum PV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300–400V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300–400V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Charging mode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220–240VAC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220–240VAC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Cycle life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≥6000 cycles (supplier rating; conditions to be confirmed)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≥6000 cycles (supplier rating; conditions to be confirmed)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750×410×250mm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1050×470×250mm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760×420×260mm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1060×480×260mm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Total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67.5kg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124kg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Accessories — Accessories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cable × 1; User manual × 1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cable × 1; User manual × 1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AL-PH Integrated Home Energy Storage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AL-PH Integrated Home Energy Storage</dc:title>
  <dc:subject>NexPro English product specification</dc:subject>
  <dc:creator>NexPro</dc:creator>
  <cp:keywords>AL-PH-INTEGRATED-ESS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