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AL-GPH Portable Power Stations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AL-GPH-PORTABLE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0986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gph300w-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86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399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gph500w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99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AL-GPH-PORTABLE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AL-GPH-PORTABLE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AL-GPH Portable Power Stations with 2 source-reviewed models for Field operations, emergency backup, communications and mobile work.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AL-GPH-PORTABLE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operations, emergency backup, communications and mobile 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AL-GPH-PORTABLE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AL-GPH Portable Power Stations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LiFePO4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300W / 1000WH to 500W / 2000WH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DC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LiFePO4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1000WH to 500W / 2000WH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solar charging / AC and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AL-GPH-PORTABLE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1000WH to 500W / 2000WH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communications and mobile 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AL-GPH-PORTABLE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AL-GPH Portable Power Stations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AL-GPH Portable Power Stations</dc:title>
  <dc:subject>NexPro English product specification</dc:subject>
  <dc:creator>NexPro</dc:creator>
  <cp:keywords>AL-GPH-PORTABLE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