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AL-DPH Portable Power Stations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AL-DPH-PORTABLE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8377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dph300w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77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9841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dph500w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41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AL-DPH-PORTABLE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AL-DPH-PORTABLE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AL-DPH Portable Power Stations with 2 source-reviewed models for Field operations, emergency backup, communications and mobile work.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AL-DPH-PORTABLE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Field operations, emergency backup, communications and mobile work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AL-DPH-PORTABLE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AL-DPH Portable Power Stations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Portable LiFePO4 power station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300W / 650WH to 500W / 1000WH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 and DC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Portable LiFePO4 power station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300W / 650WH to 500W / 1000WH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solar charging / AC and 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AL-DPH-PORTABLE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300W / 650WH to 500W / 1000WH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UPS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Field operations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emergency backup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communications and mobile work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AL-DPH-PORTABLE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AL-DPH Portable Power Stations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AL-DPH Portable Power Stations</dc:title>
  <dc:subject>NexPro English product specification</dc:subject>
  <dc:creator>NexPro</dc:creator>
  <cp:keywords>AL-DPH-PORTABLE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