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UPS UNINTERRUPTIBLE POWER SUPPLY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AL-BP 12.8V LiFePO4 Batteries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AL-BP-12V-BATTERY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1117756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al-bp-12-8-100-main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1117756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756705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al-bp-12-8-150-main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75670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686704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al-bp-12-8-200-main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68670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845940" cy="1143000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al-bp-12-8-50-main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594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AL-BP-12V-BATTERY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AL-BP-12V-BATTERY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AL-BP-12V-BATTERY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AL-BP-12V-BATTERY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AL-BP 12.8V LiFePO4 Batteries with 4 source-reviewed models for UPS battery replacement, solar storage, mobility and auxiliary DC power. Model configuration and destination-market requirements are confirmed during RFQ review.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UPS Uninterruptible Power Supply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AL-BP-12V-BATTERY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UPS battery replacement, solar storage, mobility and auxiliary DC power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Topology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Power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Phase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AL-BP-12V-BATTERY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AL-BP 12.8V LiFePO4 Batteries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12.8V LiFePO4 battery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640WH to 2560WH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DC discharge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Topology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12.8V LiFePO4 battery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640WH to 2560WH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Phase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DC charge / DC discharge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AL-BP-12V-BATTERY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Range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640WH to 2560WH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Waveform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Model-specific; confirm on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UPS Power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UPS battery replacement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solar storage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mobility and auxiliary DC power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AL-BP-12V-BATTERY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AL-BP 12.8V LiFePO4 Batteries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Relationship Id="rId15" Type="http://schemas.openxmlformats.org/officeDocument/2006/relationships/image" Target="media/image6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AL-BP 12.8V LiFePO4 Batteries</dc:title>
  <dc:subject>NexPro English product specification</dc:subject>
  <dc:creator>NexPro</dc:creator>
  <cp:keywords>AL-BP-12V-BATTERY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