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3.6kW Modular Home Energy Storage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3.6KW-MODULAR-ESS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4564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-6kw-plus-11-52kwh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6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5198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-6kw-plus-3-84kwh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9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5145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-6kw-plus-7-68kwh-main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45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3.6KW-MODULAR-ESS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3.6KW-MODULAR-ESS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3.6KW-MODULAR-ESS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3.6kW Modular Home Energy Storage with 3 source-reviewed models for Residential backup, solar self-consumption and capacity expansion.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3.6KW-MODULAR-ESS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backup, solar self-consumption and capacity expansion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3.6KW-MODULAR-ESS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3.6kW Modular Home Energy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Modular home energy storage system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3.6KW / 3.84KWH to 3.6KW / 11.52KWH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AC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Modular home energy storage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 / 3.84KWH to 3.6KW / 11.52KWH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PV / Single phase AC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3.6KW-MODULAR-ESS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 / 3.84KWH to 3.6KW / 11.52KWH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backup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solar self-consumption and capacity expansion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3.6KW-MODULAR-ESS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3.6kW Modular Home Energy Storage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3.6kW Modular Home Energy Storage</dc:title>
  <dc:subject>NexPro English product specification</dc:subject>
  <dc:creator>NexPro</dc:creator>
  <cp:keywords>3.6KW-MODULAR-ESS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