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11kW Modular Home Energy Storage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11KW-MODULAR-ESS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937817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1kw-plus-15kwh-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93781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129552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1kw-plus-30kwh-main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55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78702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1kw-plus-45kwh-main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870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60109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1kw-plus-60kwh-main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10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11KW-MODULAR-ESS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11KW-MODULAR-ESS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11KW-MODULAR-ESS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11KW-MODULAR-ESS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11kW Modular Home Energy Storage with 1 source-reviewed model for Large homes, villas and small commercial backup systems.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11KW-MODULAR-ESS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homes, villas and small commercial backup systems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11KW-MODULAR-ESS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11kW Modular Home Energy Storage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High-capacity modular energy storage system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11KW / 15KWH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AC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High-capacity modular energy storage system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11KW / 15KWH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AC and PV / Single phase AC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11KW-MODULAR-ESS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11KW / 15KWH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UPS Power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homes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villas and small commercial backup systems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11KW-MODULAR-ESS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11kW Modular Home Energy Storage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11kW Modular Home Energy Storage</dc:title>
  <dc:subject>NexPro English product specification</dc:subject>
  <dc:creator>NexPro</dc:creator>
  <cp:keywords>11KW-MODULAR-ESS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