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SP-6.2KW/48VPro Parallel Hybrid Inverter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SP-6.2KW-48VPRO-HYBRID-INVERTER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13096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1309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155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front-dimensio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5702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product-view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5702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79496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interface-overview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7949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81561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monitoring-2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8156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422701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monitoring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70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98606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parallel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9860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94036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6-2kw-pro-rear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9403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SP-6.2KW-48VPRO-HYBRID-INVERTER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SP-6.2KW/48VPro Parallel Hybrid Inverter with 1 source-reviewed model for Residential solar storage, off-grid power and small commercial backup.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SP-6.2KW-48VPRO-HYBRID-INVERTER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solar storage, off-grid power and small commercial backup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SP-6.2KW-48VPRO-HYBRID-INVERTER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SP-6.2KW/48VPro Parallel Hybrid Inverter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Parallel hybrid solar inverter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SP-6.2KW-48VPRO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AC and PV input / Single phase AC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Parallel hybrid solar inverter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SP-6.2KW-48VPRO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AC and PV input / Single phase AC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Wall mounted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Model-dependent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SP-6.2KW-48VPRO-HYBRID-INVERTER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SP-6.2KW-48VPRO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SP-6.2KW-48VPRO-HYBRID-INVERTER · Complete Model Specifications — SP-6.2KW-48VPRO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SP-6.2KW-48VPRO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SP-6.2KW-48VPRO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536*352*135mm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10.5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10ms (Typical)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&gt;94%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Model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SP-6.2KW/48VPro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Single Phase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L+N+PE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Rated Input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220/230/240VAC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Voltage Range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90-280VAC ± 3V (Normal Mode) 170-280VAC ± 3V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Frequency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(Adaptive)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Rated Output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6000W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220/230/240VAC±5%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50/60Hz±0.1%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Waveform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Switch Time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10ms (Typical)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Peak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12400VA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Overload Capacity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10.5s@110%~150% Load; 5.5s@150%~200% Load; 200ms@&gt;200% Load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Peak Efficiency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&gt;94%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Rated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Constant Voltage Charging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56.4Vdc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Float Charging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PV Charging Method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MPPT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PV Maximum Input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9000W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MPPT Input Voltage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120~500Vdc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Optimal working range of Vmp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300~400Vdc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PV Input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PV Input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AC Charging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AC Input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Charging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LCD Interface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Operating /Load /Input /Output....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Embedded Interfaces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BMS /RS232 /RS485 /CAN /USB /Dry Contact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Parallel Interface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Operating Environment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-10~50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Operating Environment Humidity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20%~95% (Without Condensation)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Storage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-15~60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Altitude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The altitude should not exceed 1000m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Noise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≤50db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Dimension(D*W*H)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536*352*135mm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Net Weight(kgs)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10.5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SP-6.2KW-48VPRO-HYBRID-INVERTER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