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Lithium Rack-Mounted Online UPS 1KVA-3KVA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NX-UP-RM-002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73817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7381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77445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44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NX-UP-RM-002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NX-UP-RM-002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19-inch rack-mountable online UPS with built-in LiFePO4 lithium battery. Lighter weight and longer cycle life for space-constrained server cabinets.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NX-UP-RM-002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racks and cabinets, Network infrastructure, Data centers, Telecommunications, Limited space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NX-UP-RM-002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Lithium Rack-Mounted Online UPS 1KVA-3KVA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Online Double Conversion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1KVA-3KVA / 900W-2700W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Online Double Conversion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1KVA-3KVA / 900W-2700W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19-inch Rack Mount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0.9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LiFePO4 (Lithium Iron Phosphate)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NX-UP-RM-002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SP1KR(S); SP2KR(S); SP3KR(S)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NX-UP-RM-002 · Complete Model Specifications — SP1KR(S) | SP2KR(S) | SP3KR(S)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SP1KR(S)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SP2KR(S)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SP3KR(S)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1KVA / 900W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2KVA / 1800W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3KVA / 2700W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94.5%; Battery: 87.5%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95.5%; Battery: 89.5%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95.5%; Battery: 91.5%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1KVA / 900W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2KVA / 1800W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3KVA / 2700W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94.5%; Battery: 87.5%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95.5%; Battery: 89.5%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95.5%; Battery: 91.5%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110–300VAC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110–300VAC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110–300VAC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Derating range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110–176VAC / 280–300VAC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110–176VAC / 280–300VAC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110–176VAC / 280–300VAC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Wiring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power factor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 / 1.0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 / 1.0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 / 1.0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Overload — AC-mode overload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30min; 110–130%: 10min; 130–150%: 30s; &gt;150%: 200ms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30min; 110–130%: 10min; 130–150%: 30s; &gt;150%: 200ms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30min; 110–130%: 10min; 130–150%: 30s; &gt;150%: 200ms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Overload — Battery-mode overload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1min; 110–130%: 10s; 130–150%: 3s; &gt;150%: 200ms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1min; 110–130%: 10s; 130–150%: 3s; &gt;150%: 200ms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1min; 110–130%: 10s; 130–150%: 3s; &gt;150%: 200ms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current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1–8A (adjustable)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1–8A (adjustable)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1–8A (adjustable)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Optional battery pack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AS400 / RS485 / SNMP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AS400 / RS485 / SNMP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AS400 / RS485 / SNMP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24/36/48VDC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48VDC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48VDC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energy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960Wh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960Wh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960Wh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BMS current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&gt;50A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&gt;50A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&gt;60A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current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1–12A (adjustable)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1–12A (adjustable)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1–12A (adjustable)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24/36/48VDC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48/72VDC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48/72/96VDC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Net weight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5.6kg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8.6kg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8.9kg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NX-UP-RM-002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