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Rack-Mounted Online UPS 1KVA-10KVA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NX-UP-RM-001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7381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738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2014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14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NX-UP-RM-001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NX-UP-RM-001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rack-mountable online UPS series with true double conversion. Five models from 1KVA to 10KVA for server cabinet and structured cabling integration.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NX-UP-RM-001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 and cabinets, Network infrastructure, Data centers, Telecommunications, Industrial control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NX-UP-RM-001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Rack-Mounted Online UPS 1KVA-10KVA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1KVA-10KVA / 900W-9000W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1KVA-10KVA / 900W-9000W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19-inch Rack Mount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0.9 (1–3kVA); 0.8 (6–10kVA)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sealed lead-acid; External battery (extended runtime)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NX-UP-RM-001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C1KR(S); C2KR(S); C3KR(S); C6KR(S); C10KR(S)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NX-UP-RM-001 · Complete Model Specifications — C1KR(S) | C2KR(S) | C3KR(S) | C6KR(S)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C1KR(S)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C2KR(S)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C3KR(S)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C6KR(S)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6KVA / 4800W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 + External option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6KVA / 4800W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 + External option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55–145VAC / 110–300VAC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55–145VAC / 110–300VAC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55–145VAC / 110–300VAC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 ±3%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85–140VAC / 160–280VAC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85–140VAC / 160–280VAC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85–140VAC / 160–280VAC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176–300VAC ±3%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/ 3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NX-UP-RM-001 · Complete Model Specifications — C10KR(S)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C10KR(S)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8000W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 + External option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93%; Battery: 91%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8000W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 + External option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93%; Battery: 91%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 ±3%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176–300VAC ±3%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NX-UP-RM-001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