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Lithium Battery Online UPS 1KVA-3KVA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NX-UP-HF-002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6375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7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691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91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Online double conversion UPS with built-in LiFePO4 lithium battery. Longer cycle life, lighter weight, and output power factor up to 1.0. Three models from 1KVA to 3KVA.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NX-UP-HF-002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management centers, Banking and securities, Telecommunications, Medical equipment, Industrial control systems, Government and defense data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NX-UP-HF-002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Lithium Battery Online UPS 1KVA-3KVA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1KVA-3KVA / 1000W-3000W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1KVA-3KVA / 1000W-3000W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1.0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LiFePO4 (Lithium Iron Phosphate)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NX-UP-HF-002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SP1K(S); SP2K(S); SP3K(S)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NX-UP-HF-002 · Complete Model Specifications — SP1K(S) | SP2K(S) | SP3K(S)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SP1K(S)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SP2K(S)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SP3K(S)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1000W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2000W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3000W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94.5%; Battery: 87.5%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89.5%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91.5%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1000W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2000W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3000W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94.5%; Battery: 87.5%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89.5%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91.5%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Derating range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Wiring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AC-mode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Battery-mode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Optional battery pack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24/36/48VDC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700Wh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960Wh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BMS current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&gt;50A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&gt;50A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&gt;60A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24/36/48VDC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48/72VDC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48/72/96VDC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5kg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7kg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NX-UP-HF-002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