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Mini UPS 18W-36W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NX-UP-DC-001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045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5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41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1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Compact DC Mini UPS series with built-in lithium battery for routers, ONT devices, and small network equipment. Seven model variants from 18W to 36W.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NX-UP-DC-001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 and modems, Optical network terminals (ONT), CCTV cameras, Small network equipment, IoT devices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NX-UP-DC-001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Mini UPS 18W-36W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UPS with Li-ion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18W-36W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UPS with Li-ion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18W-36W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Unit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(DC output)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NX-UP-DC-001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DC1018CP; DC1018; DC1018P; DC1024P; DC1036CP; DC1036; DC1036P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NX-UP-DC-001 · Complete Model Specifications — DC1018CP | DC1018 | DC1018P | DC1024P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DC1024P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NX-UP-DC-001 · Complete Model Specifications — DC1036CP | DC1036 | DC1036P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DC1036CP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DC1036P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NX-UP-DC-001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