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UPS UNINTERRUPTIBLE POWER SUPPLY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FPS-500 Portable Power Station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FPS-500-PORTABLE-POWER-STATION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524000" cy="1143000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fps-500-main.pn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24000" cy="1143000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FPS-500-PORTABLE-POWER-STATION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FPS-500 Portable Power Station with 1 source-reviewed model for Emergency response, field work, temporary offices and mobile equipment. Model configuration and destination-market requirements are confirmed during RFQ review.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UPS Uninterruptible Power Supply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Standalone model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FPS-500-PORTABLE-POWER-STATION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Emergency response, field work, temporary offices and mobile equipment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Topology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Power Range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Phase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FPS-500-PORTABLE-POWER-STATION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FPS-500 Portable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Portable energy storage power station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500W / 230Wh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AC and solar charging input / AC and DC output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Topology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 energy storage power 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Range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500W / 230Wh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Phase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AC and solar charging input / AC and DC output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Form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Portable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Waveform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Modified sine wave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Power Factor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Model-specific; confirm on quotation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Battery Types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Source-defined lithium or LiFePO4 configuration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SKU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FPS-500-PORTABLE-POWER-STATION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Available Configurations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FPS-500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Exact 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Confirm one listed configuration during RFQ review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Destination Requirements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To be confirmed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FPS-500-PORTABLE-POWER-STATION · Complete Model Specifications — FPS-500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5160"/>
        <w:gridCol w:w="5160"/>
      </w:tblGrid>
      <w:tr>
        <w:trPr>
          <w:tblHeader w:val="true"/>
        </w:trPr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Parameter</w:t>
            </w:r>
          </w:p>
        </w:tc>
        <w:tc>
          <w:tcPr>
            <w:tcW w:type="dxa" w:w="516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FPS-500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 / 230Wh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configuration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Dimensions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317*107*175mm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Net weight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Transfer time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Efficiency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Not provided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Rated capacity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 / 230Wh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Product dimensions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317*107*175mm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Model configuration — Net weight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Output Voltage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220VAC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Max Power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500W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Wave Form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Modified Sine Wave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AC Output — Frequency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50Hz/60HZ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Output — USB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4PCS USB output 5V/3A(total current)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DC Output — DC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2PCS DC5.5/2.1 output 12V/5A(total current) (Option)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Input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INV mode 70~145VAC OR 140 ~260VAC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AC AC Charging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4hours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Solar Charging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 5A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Input — Car Charging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14.6V/4A(Option)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Capacity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Standard 230WH 12.8V/18AH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Battery — Battery type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LiFePO4 battery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Size /(mm)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317*107*175mm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Net weight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5.1KG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Size/CTN(mm)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380*359*488</w:t>
            </w:r>
          </w:p>
        </w:tc>
      </w:tr>
      <w:tr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Gross (KG)</w:t>
            </w:r>
          </w:p>
        </w:tc>
        <w:tc>
          <w:tcPr>
            <w:tcW w:type="dxa" w:w="516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23.8</w:t>
            </w:r>
          </w:p>
        </w:tc>
      </w:tr>
      <w:tr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PHYSICAL — PCS per CTN</w:t>
            </w:r>
          </w:p>
        </w:tc>
        <w:tc>
          <w:tcPr>
            <w:tcW w:type="dxa" w:w="516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Standalone model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pn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Standalone model</dc:title>
  <dc:subject>NexPro English product specification</dc:subject>
  <dc:creator>NexPro</dc:creator>
  <cp:keywords>FPS-500-PORTABLE-POWER-STATION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