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UPS UNINTERRUPTIBLE POWER SUPPLY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DCP Series Multi-Output DC UPS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DCP-SERIES-DC-UPS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740026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dcp-product-view-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740026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894805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dcp-product-view-2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89480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787086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dcp-product-view-3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787086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840077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dcp-compact-model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840077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DCP-SERIES-DC-UPS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DCP-SERIES-DC-UPS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DCP-SERIES-DC-UPS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DCP-SERIES-DC-UPS · Gallery</w:t>
            </w:r>
          </w:p>
        </w:tc>
      </w:tr>
    </w:tbl>
    <w:p>
      <w:pPr>
        <w:keepNext w:val="0"/>
        <w:spacing w:before="0" w:after="20" w:line="252" w:lineRule="auto"/>
      </w:pP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799" cy="1128906"/>
                  <wp:docPr id="6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dcp-high-power-models.jpg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799" cy="1128906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DCP-SERIES-DC-UPS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DCP Series Multi-Output DC UPS with 10 source-reviewed models for Routers, CCTV cameras, access control and PoE edge devices. Model configuration and destination-market requirements are confirmed during RFQ review.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Uninterruptible Power Supply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DCP-SERIES-DC-UPS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Routers, CCTV cameras, access control and PoE edge devices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Topology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Power Range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Phase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DCP-SERIES-DC-UPS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DCP Series Multi-Output DC UPS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Multi-output DC backup UPS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18W DC UPS to 120W DC UPS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AC or DC adapter input / DC, USB and PoE options output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Topology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Multi-output DC backup UPS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Range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18W DC UPS to 120W DC UPS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Phase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AC or DC adapter input / DC, USB and PoE options output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Form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Compact desktop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Waveform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Regulated DC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Model-specific; confirm on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Types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Lithium-ion / LiFePO4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DCP-SERIES-DC-UPS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Available Configurations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DCP-018W; DCP-18W; DCP-6018W; DCP-36W; DCP-6036W; DCP-045W; DCP-060W; DCP-60W; DCP-100W; DCP-120W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one listed configuration during RFQ review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Destination Requirements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 be confirmed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DCP-SERIES-DC-UPS · Complete Model Specifications — DCP-018W | DCP-18W | DCP-6018W | DCP-36W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064"/>
        <w:gridCol w:w="2064"/>
        <w:gridCol w:w="2064"/>
        <w:gridCol w:w="2064"/>
        <w:gridCol w:w="2064"/>
      </w:tblGrid>
      <w:tr>
        <w:trPr>
          <w:tblHeader w:val="true"/>
        </w:trPr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DCP-018W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DCP-18W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DCP-6018W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DCP-36W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18W DC UPS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18W DC UPS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18W DC UPS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36W DC UPS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cells; 18650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cells; 18650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4/8 cells; 18650/21700/32700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cells; 18650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128mm*77mm*27mm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180mm*106*40mm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214mm*158.5mm*86mm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180*106*40mm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0.26kg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0.43kg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1.68kg (max)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0.43kg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mode &gt;85%; battery mode &gt;90%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mode &gt;85%; battery mode &gt;90%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mode &gt;85%; battery mode &gt;90%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mode &gt;85%; battery mode &gt;90%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18W DC UPS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18W DC UPS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18W DC UPS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36W DC UPS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cells; 18650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cells; 18650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4/8 cells; 18650/21700/32700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cells; 18650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Product 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128mm*77mm*27mm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180mm*106*40mm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214mm*158.5mm*86mm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180*106*40mm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0.26kg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0.43kg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1.68kg (max)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0.43kg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Efficiency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mode &gt;85%; battery mode &gt;90%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mode &gt;85%; battery mode &gt;90%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mode &gt;85%; battery mode &gt;90%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mode &gt;85%; battery mode &gt;90%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Maximum output power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18W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18W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18W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36W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Input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DC 9V/2A max.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100–240V, 50–60Hz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100–240V, 50–60Hz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100–240V, 50–60Hz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Output ports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USB 5V/2A; DC 9V/1A; DC 12V/1A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USB 5V/2A; DC 5V/2A; DC 9V/1A; DC 12V/1A; PoE 15V/0.6A; PoE 24V/0.6A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USB 5V/2A; DC 5V/2A; DC 9V/1A; DC 12V/1A; PoE 15V/0.6A; PoE 24V/0.6A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USB 5V/2A; DC 5V/2A; DC 9V/1A; DC 12V/1A; PoE 15V/1A; PoE 24V/1A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Battery cell size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18650/21700/32700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Cell capacity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2000-2600mah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2000-2600mah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2000-6000mah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2000-2600mah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Battery quantity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4/8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Efficiency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mode &gt;85%; battery mode &gt;90%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mode &gt;85%; battery mode &gt;90%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mode &gt;85%; battery mode &gt;90%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mode &gt;85%; battery mode &gt;90%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Battery chemistry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or LiFePO4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or LiFePO4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or LiFePO4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or LiFePO4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Housing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ABS, black or white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ABS, black or white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ABS, black or white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ABS, black or white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Protection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short-circuit protection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short-circuit protection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short-circuit protection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short-circuit protection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Operating temperature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Storage temperature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Humidity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Altitude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 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 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 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 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Noise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 dB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 dB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 dB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 dB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Product 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128mm*77mm*27mm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180mm*106*40mm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214mm*158.5mm*86mm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180*106*40mm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Package dimensions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178mm*85mm*33mm(Without adaptor)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190mm*160mm*50mm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230mm*230mm*95mm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190mm*160mm*50mm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Net weight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0.26kg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0.43kg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1.68kg (max)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0.43kg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Gross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0.32kg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0.56kg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2.43kg (max)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0.56kg</w:t>
            </w:r>
          </w:p>
        </w:tc>
      </w:tr>
    </w:tbl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DCP-SERIES-DC-UPS · Complete Model Specifications — DCP-6036W | DCP-045W | DCP-060W | DCP-60W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064"/>
        <w:gridCol w:w="2064"/>
        <w:gridCol w:w="2064"/>
        <w:gridCol w:w="2064"/>
        <w:gridCol w:w="2064"/>
      </w:tblGrid>
      <w:tr>
        <w:trPr>
          <w:tblHeader w:val="true"/>
        </w:trPr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DCP-6036W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DCP-045W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DCP-060W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DCP-60W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36W DC UPS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45W DC UPS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60W DC UPS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60W DC UPS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4/8 cells; 18650/21700/32700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4/8 cells; 18650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4/8 cells; 18650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4/8 cells; 18650/21700/32700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214mm*158.5mm*86mm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180mm*130mm*64mm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180mm*130mm*64mm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214mm*158.5mm*86mm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1.69kg (max)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0.83kg (max)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0.85kg (max)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1.85kg (max)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mode &gt;85%; battery mode &gt;90%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mode &gt;85%; battery mode &gt;90%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mode &gt;85%; battery mode &gt;90%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mode &gt;85%; battery mode &gt;90%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36W DC UPS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45W DC UPS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60W DC UPS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60W DC UPS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4/8 cells; 18650/21700/32700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4/8 cells; 18650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4/8 cells; 18650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4/8 cells; 18650/21700/32700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Product 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214mm*158.5mm*86mm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180mm*130mm*64mm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180mm*130mm*64mm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214mm*158.5mm*86mm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1.69kg (max)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0.83kg (max)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0.85kg (max)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1.85kg (max)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Efficiency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mode &gt;85%; battery mode &gt;90%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mode &gt;85%; battery mode &gt;90%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mode &gt;85%; battery mode &gt;90%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mode &gt;85%; battery mode &gt;90%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Maximum output power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36W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45W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60W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60W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Input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100–240V, 50–60Hz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100–240V, 50–60Hz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100–240V, 50–60Hz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100–240V, 50–60Hz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Output ports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USB 5V/2A; DC 5V/2A; DC 9V/1A; DC 12V/1A; PoE 15V/1A; PoE 24V/1A; PoE 48V/0.6A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USB 5V/2.4A; DC 5V/2.4A; DC 9V(12V)/2A; DC 12V/3.5A; PoE 15V/1.5A; PoE 24V/1A; PoE 48V/0.6A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USB 5V/2.4A; DC 5V/2.4A; DC 9V(12V)/2A; DC 12V/5A; PoE 15V/1.5A; PoE 24V/1A; PoE 48V/0.6A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USB 5V/2.4A; DC 5V/2.4A; DC 9V(12V)/2A; DC 12V/5A; DC 19V/3A; PoE 15V/1.5A; PoE 24V/1A; PoE 48V/0.6A (optional)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Battery cell size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18650/21700/32700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18650/21700/32700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Cell capacity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2000-6000mah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2000-2600mah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2000-2600mah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2000-6000mah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Battery quantity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4/8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4/8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4/8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4/8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Efficiency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mode &gt;85%; battery mode &gt;90%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mode &gt;85%; battery mode &gt;90%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mode &gt;85%; battery mode &gt;90%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mode &gt;85%; battery mode &gt;90%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Battery chemistry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or LiFePO4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or LiFePO4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or LiFePO4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or LiFePO4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Housing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ABS, black or white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ABS, black or white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ABS, black or white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ABS, black or white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Protection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short-circuit protection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short-circuit protection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short-circuit protection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short-circuit protection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Operating temperature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Storage temperature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Humidity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Altitude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 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 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 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 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Noise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 dB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 dB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 dB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&lt;45 dB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Product 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214mm*158.5mm*86mm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180mm*130mm*64mm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180mm*130mm*64mm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214mm*158.5mm*86mm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Package dimensions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230mm*230mm*95mm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195mm*180mm*70mm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195mm*180mm*70mm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230mm*230mm*95mm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Net weight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1.69kg (max)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0.83kg (max)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0.85kg (max)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1.85kg (max)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Gross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2.44kg (max)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1.2kg (max)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1.3kg (max)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2.6kg (max)</w:t>
            </w:r>
          </w:p>
        </w:tc>
      </w:tr>
    </w:tbl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DCP-SERIES-DC-UPS · Complete Model Specifications — DCP-100W | DCP-120W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440"/>
        <w:gridCol w:w="3440"/>
        <w:gridCol w:w="3440"/>
      </w:tblGrid>
      <w:tr>
        <w:trPr>
          <w:tblHeader w:val="true"/>
        </w:trPr>
        <w:tc>
          <w:tcPr>
            <w:tcW w:type="dxa" w:w="344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344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DCP-100W</w:t>
            </w:r>
          </w:p>
        </w:tc>
        <w:tc>
          <w:tcPr>
            <w:tcW w:type="dxa" w:w="344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DCP-120W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100W DC UPS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120W DC UPS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4/8 cells; 18650/21700/32700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4/8 cells; 18650/21700/32700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214mm*158.5mm*86mm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214mm*158.5mm*86mm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1.88kg (max)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1.9kg (max)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mode &gt;85%; battery mode &gt;90%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mode &gt;85%; battery mode &gt;90%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100W DC UPS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120W DC UPS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4/8 cells; 18650/21700/32700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4/8 cells; 18650/21700/32700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Product dimensions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214mm*158.5mm*86mm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214mm*158.5mm*86mm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Net weight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1.88kg (max)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1.9kg (max)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Efficiency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mode &gt;85%; battery mode &gt;90%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mode &gt;85%; battery mode &gt;90%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Maximum output power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100W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120W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Input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100–240V, 50–60Hz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100–240V, 50–60Hz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Output ports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USB 5V/2.4A; DC 5V/2.4A; DC 9V(12V)/2A; DC 12V/8A; DC 19V/5A; PoE 15V/1.5A; PoE 24V/1A; PoE 48V/0.6A (optional)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USB 5V/2.4A; DC 5V/2.4A; DC 9V(12V)/2A; DC 12V/10A; DC 19V/6A; PoE 15V/1.5A; PoE 24V/1A; PoE 48V/0.6A (optional)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Battery cell size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18650/21700/32700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18650/21700/32700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Cell capacity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2000-6000mah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2000-6000mah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Battery quantity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4/8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4/8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Efficiency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mode &gt;85%; battery mode &gt;90%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mode &gt;85%; battery mode &gt;90%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Battery chemistry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or LiFePO4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or LiFePO4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Housing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ABS, black or white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ABS, black or white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Protection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short-circuit protection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short-circuit protection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Operating temperature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Storage temperature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Humidity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Altitude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 m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 m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Noise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&lt;45 dB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&lt;45 dB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Product dimensions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214mm*158.5mm*86mm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214mm*158.5mm*86mm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Package dimensions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230mm*230mm*95mm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230mm*230mm*95mm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Net weight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1.88kg (max)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1.9kg (max)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Gross weight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2.63kg (max)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2.65kg (max)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Standalone model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Relationship Id="rId15" Type="http://schemas.openxmlformats.org/officeDocument/2006/relationships/image" Target="media/image6.jpg"/><Relationship Id="rId16" Type="http://schemas.openxmlformats.org/officeDocument/2006/relationships/image" Target="media/image7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Standalone model</dc:title>
  <dc:subject>NexPro English product specification</dc:subject>
  <dc:creator>NexPro</dc:creator>
  <cp:keywords>DCP-SERIES-DC-UPS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