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DCF Series Mini DC UPS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DCF-SERIES-MINI-UPS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77253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cf-lcd-model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253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11731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dcf-led-model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173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DCF-SERIES-MINI-UPS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DCF-SERIES-MINI-UPS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DCF Series Mini DC UPS with 8 source-reviewed models for Network edge devices, CCTV cameras and communications equipment.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DCF-SERIES-MINI-UPS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edge devices, CCTV cameras and communications equipment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DCF-SERIES-MINI-UPS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DCF Series Mini DC UPS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Display-equipped DC backup UPS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18W–36W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85–265VAC, 50–60Hz input / DC / USB / PoE options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Display-equipped DC backup 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18W–36W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85–265VAC, 50–60Hz input / DC / USB / PoE options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Compact desktop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Regulated DC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Lithium-ion / LiFePO4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DCF-SERIES-MINI-UPS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DCF-1018C; DCF-1018CP; DCF-1018; DCF-1018P; DCF-1036C; DCF-1036CP; DCF-1036; DCF-1036P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DCF-SERIES-MINI-UPS · Complete Model Specifications — DCF-1018C | DCF-1018CP | DCF-1018 | DCF-1018P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DCF-1018C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DCF-1018CP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DCF-1018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DCF-1018P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0.45kg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0.47kg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0.47kg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0.45kg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0.47kg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0.47kg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chemistry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cell size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Cell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quantity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Protection — Protection function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Storage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Altitude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material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 + PC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 + PC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 + PC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 + PC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color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Silver white / Silver gray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Silver white / Silver gray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Silver white / Silver gray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Silver white / Silver gray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USB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DC output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9V(12V)/1A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9V(12V)/1A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9V/1A; 12V/1A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9V/1A; 12V/1A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Package dimensions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210×170×45mm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210×170×45mm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210×170×45mm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210×170×45mm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Gross weight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0.58kg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0.57kg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0.59kg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PoE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15V/0.6A; 24V/0.6A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15V/0.6A; 24V/0.6A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DCF-SERIES-MINI-UPS · Complete Model Specifications — DCF-1036C | DCF-1036CP | DCF-1036 | DCF-1036P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DCF-1036C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DCF-1036CP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DCF-1036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DCF-1036P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0.54kg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36W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× 18650; 2000–2600mAh/cell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186×114×37mm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0.54kg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0.54kg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85–265VAC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chemistry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cell size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Cell capacity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quantity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Protection — Protection function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Storage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Altitude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material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 + PC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 + PC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 + PC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 + PC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color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Silver white / Silver gray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Silver white / Silver gray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Silver white / Silver gray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Silver white / Silver gray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USB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DC output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9V/12V (3A)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9V/12V (3A)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9V/2A; 12V/2A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5V/2A; 9V/2A; 12V/2A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Package dimensions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210×170×45mm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210×170×45mm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210×170×45mm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210×170×45mm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Gross weight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0.65kg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0.67kg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0.64kg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0.67kg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PoE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15V/1A; 24V/1A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15V/1A; 24V/1A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DCF-SERIES-MINI-UPS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