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UPS UNINTERRUPTIBLE POWER SUPPLY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DC Series Mini DC UPS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DC-SERIES-MINI-UPS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6509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dc-series-form-factors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6509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880705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dc-series-interface-view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88070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DC-SERIES-MINI-UPS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DC-SERIES-MINI-UPS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DC Series Mini DC UPS with 8 source-reviewed models for Routers, ONT devices, CCTV cameras and IoT equipment. Model configuration and destination-market requirements are confirmed during RFQ review.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Uninterruptible Power Supply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DC-SERIES-MINI-UPS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Routers, ONT devices, CCTV cameras and IoT equipment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Topology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Power Range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Phase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DC-SERIES-MINI-UPS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DC Series Mini DC UPS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Compact DC backup UPS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18W–36W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85–265VAC, 50–60Hz input / DC / USB / PoE options output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Topology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Compact DC backup UPS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18W–36W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Phase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85–265VAC, 50–60Hz input / DC / USB / PoE options output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Form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Compact desktop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Waveform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Regulated DC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Model-specific; confirm on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Lithium-ion / LiFePO4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DC-SERIES-MINI-UPS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Available Configurations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DC1018C; DC1018CP; DC1018; DC1018P; DC1036C; DC1036CP; DC1036; DC1036P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one listed configuration during RFQ 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Destination Requirements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 be confirmed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DC-SERIES-MINI-UPS · Complete Model Specifications — DC1018C | DC1018CP | DC1018 | DC1018P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064"/>
        <w:gridCol w:w="2064"/>
        <w:gridCol w:w="2064"/>
        <w:gridCol w:w="2064"/>
        <w:gridCol w:w="2064"/>
      </w:tblGrid>
      <w:tr>
        <w:trPr>
          <w:tblHeader w:val="true"/>
        </w:trPr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DC1018C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DC1018CP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DC1018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DC1018P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160×105×33mm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160×105×33mm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160×105×33mm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160×105×33mm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0.38kg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0.39kg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0.39kg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Product 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160×105×33mm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160×105×33mm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160×105×33mm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160×105×33mm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0.38kg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0.39kg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0.39kg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Efficiency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85–265VAC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85–265VAC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85–265VAC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85–265VAC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frequency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50–60Hz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chemistry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/ LiFePO4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/ LiFePO4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/ LiFePO4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/ LiFePO4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cell size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Cell capacity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2000–2600mAh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2000–2600mAh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2000–2600mAh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2000–2600mAh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quantity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Protection — Protection function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 circuit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 circuit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 circuit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 circuit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Operating temperature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Storage temperature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Relative humidity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Altitude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&lt;3000m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Noise level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&lt;30dB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&lt;30dB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&lt;30dB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&lt;30dB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Housing — Housing material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Housing — Housing color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Black / White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Black / White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Black / White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Black / White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USB output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DC output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9V(12V)/1A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9V(12V)/1A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5V/2A; 9V/1A; 12V/1A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5V/2A; 9V/1A; 12V/1A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Package dimensions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180×160×37mm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180×160×37mm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180×160×37mm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180×160×37mm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Gross weight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0.51kg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0.53kg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0.5kg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0.52kg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PoE output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15V/0.6A; 24V/0.6A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15V/0.6A; 24V/0.6A</w:t>
            </w:r>
          </w:p>
        </w:tc>
      </w:tr>
    </w:tbl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DC-SERIES-MINI-UPS · Complete Model Specifications — DC1036C | DC1036CP | DC1036 | DC1036P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064"/>
        <w:gridCol w:w="2064"/>
        <w:gridCol w:w="2064"/>
        <w:gridCol w:w="2064"/>
        <w:gridCol w:w="2064"/>
      </w:tblGrid>
      <w:tr>
        <w:trPr>
          <w:tblHeader w:val="true"/>
        </w:trPr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DC1036C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DC1036CP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DC1036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DC1036P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36W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160×105×33mm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160×105×33mm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160×105×33mm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160×105×33mm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0.39kg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0.41kg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0.42kg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36W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Product 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160×105×33mm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160×105×33mm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160×105×33mm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160×105×33mm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0.39kg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0.41kg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0.42kg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Efficiency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85–265VAC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85–265VAC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85–265VAC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85–265VAC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frequency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50–60Hz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chemistry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/ LiFePO4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/ LiFePO4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/ LiFePO4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/ LiFePO4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cell size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Cell capacity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2000–2600mAh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2000–2600mAh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2000–2600mAh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2000–2600mAh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quantity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Protection — Protection function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 circuit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 circuit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 circuit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 circuit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Operating temperature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Storage temperature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Relative humidity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Altitude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&lt;3000m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Noise level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&lt;30dB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&lt;30dB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&lt;30dB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&lt;30dB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Housing — Housing material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Housing — Housing color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Black / White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Black / White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Black / White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Black / White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USB output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DC output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9V/12V (3A)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9V/12V (3A)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5V/2A; 9V/2A; 12V/2A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5V/2A; 9V/2A; 12V/2A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Package dimensions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180×160×37mm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180×160×37mm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180×160×37mm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180×160×37mm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Gross weight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0.52kg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0.55kg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0.51kg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0.56kg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PoE output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15V/1A; 24V/1A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15V/1A; 24V/1A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Standalone model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Standalone model</dc:title>
  <dc:subject>NexPro English product specification</dc:subject>
  <dc:creator>NexPro</dc:creator>
  <cp:keywords>DC-SERIES-MINI-UPS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