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AL-Vertical Home Energy Storage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AL-VERTICAL-ESS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624745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vertical-10kw-h-main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4745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8490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al-vertical-5kw-h-main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90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AL-VERTICAL-ESS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AL-VERTICAL-ESS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AL-Vertical Home Energy Storage with 2 source-reviewed models for Residential solar storage and compact floor-standing backup systems.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AL-VERTICAL-ESS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 solar storage and compact floor-standing backup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AL-VERTICAL-ESS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AL-Vertical Home Energy Storage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Vertical integrated energy storage system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5.5KW / 5.12KWH to 5.5KW / 10KWH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PV input / Single phase AC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Vertical integrated energy storage system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5.5KW / 5.12KWH to 5.5KW / 10KWH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PV input / Single phase AC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Floor standing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AL-VERTICAL-ESS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AL-VERTICAL-5KW.H; AL-VERTICAL-10KW.H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AL-VERTICAL-ESS · Complete Model Specifications — AL-VERTICAL-5KW.H | AL-VERTICAL-10KW.H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440"/>
        <w:gridCol w:w="3440"/>
        <w:gridCol w:w="3440"/>
      </w:tblGrid>
      <w:tr>
        <w:trPr>
          <w:tblHeader w:val="true"/>
        </w:trPr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AL-VERTICAL-5KW.H</w:t>
            </w:r>
          </w:p>
        </w:tc>
        <w:tc>
          <w:tcPr>
            <w:tcW w:type="dxa" w:w="344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AL-VERTICAL-10KW.H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5.5KW / 5.12KWH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5.5KW / 10KWH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1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5.5KW / 5.12KWH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5.5KW / 10KWH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1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DC input voltage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120–500V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120–500V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DC input power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5500W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5500W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210–230VAC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210–230VAC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frequency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Maximum power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5500W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5500W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energy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5.12kWh × 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configuration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3.2V 100Ah; 16S1P per module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3.2V 100Ah; 16S1P per module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Battery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670×500×285mm × 1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670×500×285mm × 2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Wooden crate dimensions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680×510×300mm × 1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680×510×300mm × 2</w:t>
            </w:r>
          </w:p>
        </w:tc>
      </w:tr>
      <w:tr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Inverter package dimensions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670×500×285mm</w:t>
            </w:r>
          </w:p>
        </w:tc>
        <w:tc>
          <w:tcPr>
            <w:tcW w:type="dxa" w:w="344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670×500×285mm</w:t>
            </w:r>
          </w:p>
        </w:tc>
      </w:tr>
      <w:tr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Packaging — Gross weight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17.3kg + 66.05kg</w:t>
            </w:r>
          </w:p>
        </w:tc>
        <w:tc>
          <w:tcPr>
            <w:tcW w:type="dxa" w:w="344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17.3kg + 66.05kg + 66.65kg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AL-VERTICAL-ESS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