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AL-GPH Portable Power Stations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AL-GPH-PORTABLE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0986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gph300w-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86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23999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gph500w-mai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99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AL-GPH-PORTABLE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AL-GPH-PORTABLE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AL-GPH Portable Power Stations with 2 source-reviewed models for Field operations, emergency backup, communications and mobile work.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AL-GPH-PORTABLE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Field operations, emergency backup, communications and mobile work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AL-GPH-PORTABLE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AL-GPH Portable Power Stations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Portable LiFePO4 power station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300W / 1000WH to 500W / 2000WH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AC and DC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Portable LiFePO4 power station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300W / 1000WH to 500W / 2000WH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 and solar charging / AC and DC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AL-GPH-PORTABLE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300W / 1000WH to 500W / 2000WH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UPS Power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Field operations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emergency backup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communications and mobile work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AL-GPH-PORTABLE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AL-GPH-PORTABLE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