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AL-DPH Portable Power Stations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AL-DPH-PORTABLE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8377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al-dph300w-main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77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98418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al-dph500w-main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841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AL-DPH-PORTABLE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AL-DPH-PORTABLE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AL-DPH Portable Power Stations with 2 source-reviewed models for Field operations, emergency backup, communications and mobile work. Model configuration and destination-market requirements are confirmed during RFQ review.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AL-DPH-PORTABLE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Field operations, emergency backup, communications and mobile work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AL-DPH-PORTABLE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AL-DPH Portable Power Stations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Portable LiFePO4 power station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300W / 650WH to 500W / 1000WH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AC and DC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Portable LiFePO4 power station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300W / 650WH to 500W / 1000WH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AC and solar charging / AC and DC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AL-DPH-PORTABLE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300W / 650WH to 500W / 1000WH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Sine 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Model-specific; confirm on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UPS Power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Field operations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emergency backup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communications and mobile work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AL-DPH-PORTABLE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AL-DPH-PORTABLE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