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3.6kW Modular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3.6KW-MODULAR-ESS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456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11-52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6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198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3-84kw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9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5145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7-68kwh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4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3.6kW Modular Home Energy Storage with 3 source-reviewed models for Residential backup, solar self-consumption and capacity expansion.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3.6KW-MODULAR-ESS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backup, solar self-consumption and capacity expansion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3.6KW-MODULAR-ESS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Modular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Modular home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/ 3.84KWH to 3.6KW / 11.52KWH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Modular home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3.84KWH to 3.6KW / 11.52KWH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/ Single phase AC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3.6KW-MODULAR-ESS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3.84KWH to 3.6KW / 11.52KWH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self-consumption and capacity expansion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3.6KW-MODULAR-ESS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3.6KW-MODULAR-ESS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