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11kW Modular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11KW-MODULAR-ESS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378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15kw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378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2955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30kwh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5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78702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45kwh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70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0109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60kwh-main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10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11kW Modular Home Energy Storage with 1 source-reviewed model for Large homes, villas and small commercial backup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11KW-MODULAR-ESS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homes, villas and small commercial backup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11KW-MODULAR-ESS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11kW Modular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High-capacity modular energy storage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11KW / 15KWH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High-capacity modular energy storage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 / 15KWH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/ Single phase AC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11KW-MODULAR-ESS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 / 15KWH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homes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villas and small commercial backup systems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11KW-MODULAR-ESS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11KW-MODULAR-ESS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