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PATCH PANELS, FACEPLATES &amp; KEYSTONE MODULES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86-Type Information Faceplate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SP8601 | SP8602 | SP8604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0265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6_sp8601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65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79236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7_sp8602_product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923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16665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9_sp8604_product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666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SP8601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SP8602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SP8604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86 × 86 mm information faceplates for modular network and voice outlets.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 Panels, Faceplates &amp; Keystone Modules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faceplate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SP8601 | SP8602 | SP8604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 network outlets, ELV cabling projects, Wall-mounted data points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Material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 Environment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SP8601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SP8601 86-Type 1-Port Network Faceplate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1-port faceplate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Flame-retardant PC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Home, internet cafe, office and similar installations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SP8602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SP8602 86-Type 2-Port Network Faceplate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2-port faceplate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Flame-retardant PC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Home, internet cafe, office and similar installations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SP8604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SP8604 86-Type 4-Port Network Faceplate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4-port faceplate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Flame-retardant PC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Home, internet cafe, office and similar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2440"/>
        <w:gridCol w:w="2440"/>
        <w:gridCol w:w="244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SP8601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SP8602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SP8604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1-port faceplate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2-port faceplate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4-port faceplate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Flame-retardant PC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Flame-retardant PC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Flame-retardant PC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Environment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Home, internet cafe, office and similar installations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Home, internet cafe, office and similar installations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Home, internet cafe, office and similar installations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86 × 86 mm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86 × 86 mm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86 × 86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Mounting Hole Spacing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86-Type Information Faceplate Series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86-Type Information Faceplate Series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86-Type Information Faceplate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Structured Cabling Accessory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Structured Cabling Accessory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Structured Cabling Accessory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 network outlets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ELV cabling projects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Wall-mounted data points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SP8601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86-Type Information Faceplate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86-Type Information Faceplate Series</dc:title>
  <dc:subject>NexPro English product specification</dc:subject>
  <dc:creator>NexPro</dc:creator>
  <cp:keywords>SP8601, SP8602, SP8604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