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Data Patch Panel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SP5524 | SP5648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8328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2_sp5524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28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6579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4_sp5648_produc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79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SP5524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SP5648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Rack-mounted data patch panels for structured network cabling.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patch-data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SP5524 | SP5648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patching, Network cabinets, ELV cabling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SP5524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SP5524 Cat5e 24-port data patch panel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Cat5e 24 ports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Cold-rolled steel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Connect network equipment and route data cabling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SP5648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SP5648 Cat6 48-port data patch panel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Cat6 48 ports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Cold-rolled steel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Connect network equipment and route data cabling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SP5524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SP5648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Cat5e 24 ports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Cat6 48 ports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Cold-rolled steel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Cold-rolled steel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 network equipment and route data cabling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 network equipment and route data cabling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1U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2U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483 × 44.5 × 86 mm (including cable-management rings)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483 × 88 × 92 mm (including cable-management rings)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Patch Panel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Patch Panel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Patch Panel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Patch Panel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patching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ELV cabling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SP5524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Data Patch Panel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Patch Panel Series</dc:title>
  <dc:subject>NexPro English product specification</dc:subject>
  <dc:creator>NexPro</dc:creator>
  <cp:keywords>SP5524, SP5648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