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PATCH PANELS, FACEPLATES &amp; KEYSTONE MODULES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Network &amp; Voice Keystone Module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DT968MX | SP739 | SP868P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3440"/>
        <w:gridCol w:w="3440"/>
        <w:gridCol w:w="3440"/>
      </w:tblGrid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46405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11_dt968mx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640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74058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08_sp739_product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05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243917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10_sp868p_product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391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DT968MX · Primary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SP739 · Primary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SP868P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Network and voice keystone modules for structured cabling termination.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Patch Panels, Faceplates &amp; Keystone Modules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modules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DT968MX | SP739 | SP868P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Keystone module installation, Patch panels and faceplates, Voice and data cabling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Type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Material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DT968MX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DT968MX Cat6 Tool-Free Network Module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Network module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Class VI / Cat6 module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Impact-resistant ABS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SP739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SP739 CA T3 90° voice/telephone module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Network / voice module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CAT3 voice/telephone module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Impact-resistant ABS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SP868P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SP868P Cat6 Shielded Tool-Free Module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Network module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Class VI / Cat6 module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Metal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2440"/>
        <w:gridCol w:w="2440"/>
        <w:gridCol w:w="244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DT968MX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SP739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SP868P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Network module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Network / voice module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Network module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Type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Class VI / Cat6 module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CAT3 voice/telephone module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Class VI / Cat6 module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Material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Impact-resistant ABS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Impact-resistant ABS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Metal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Features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Tool-free / feed-through (catalog wording normalized)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90° punch-down / labeling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Shielded, tool-free / feed-through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Connection module between faceplate and network cable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Connection module between terminal equipment and network/telephone cable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Connection module between faceplate and network cable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Network &amp; Voice Keystone Module Series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Network &amp; Voice Keystone Module Series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Network &amp; Voice Keystone Module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Structured Cabling Accessory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Structured Cabling Accessory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Structured Cabling Accessory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Keystone module installation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Patch panels and faceplates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Voice and data cabling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DT968MX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Network &amp; Voice Keystone Module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Network &amp; Voice Keystone Module Series</dc:title>
  <dc:subject>NexPro English product specification</dc:subject>
  <dc:creator>NexPro</dc:creator>
  <cp:keywords>DT968MX, SP739, SP868P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