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SP868P Cat6 Shielded Tool-Free Module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SP868P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91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0_sp868p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SP868P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Network and voice keystone modules for structured cabling termination.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SP868P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installation, Patch panels and faceplates, Voice and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SP868P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SP868P Cat6 Shielded Tool-Free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Class VI / Cat6 module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Metal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Class VI / Cat6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Shielded, tool-free / feed-through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Connection module between faceplate and network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&amp; Voice Keystone Module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 and faceplates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and data cabling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SP868P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modules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modules</dc:title>
  <dc:subject>NexPro English product specification</dc:subject>
  <dc:creator>NexPro</dc:creator>
  <cp:keywords>SP868P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