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SP8601 86-Type 1-Port Network Faceplate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SP8601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026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6_sp8601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6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86 × 86 mm information faceplates for modular network and voice outlets.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faceplate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SP8601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outlets, ELV cabling projects, Wall-mounted data points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 Environment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SP8601 86-Type 1-Port Network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1-port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1-port faceplate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Environment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Hole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Wall-mounted data points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SP8601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faceplate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faceplate</dc:title>
  <dc:subject>NexPro English product specification</dc:subject>
  <dc:creator>NexPro</dc:creator>
  <cp:keywords>SP8601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