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PATCH PANELS, FACEPLATES &amp; KEYSTONE MODULES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SP6050 Cat3 50-port voice patch panel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SP6050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508085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05_sp6050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808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SP6050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Rack-mounted voice patch panels for telephone and voice cabling.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Patch Panels, Faceplates &amp; Keystone Modules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patch-voice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SP6050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Voice cabling, Telecom rooms, Structured cabling racks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Material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SP6050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SP6050 Cat3 50-port voice patch panel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Cat3 50 portsvoice patch panel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Cold-rolled steel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Connect voice equipment and distribute voice circuits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Specification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Cat3 50 portsvoice patch panel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Material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Cold-rolled steel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Connect voice equipment and distribute voice circuits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Height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1U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483 × 44.5 × 112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Voice Patch Panel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Patch Panel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Voice cabling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Telecom rooms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Structured cabling racks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SP6050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patch-voice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patch-voice</dc:title>
  <dc:subject>NexPro English product specification</dc:subject>
  <dc:creator>NexPro</dc:creator>
  <cp:keywords>SP6050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