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SP6025 Cat3 25-port voice patch panel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SP6025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1651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3_sp6025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51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SP6025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Rack-mounted voice patch panels for telephone and voice cabling.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patch-voice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SP6025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cabling, Telecom rooms, Structured cabling racks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SP6025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SP6025 Cat3 25-port voice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Cat3 25 portsvoice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Cold-rolled steel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Connect voice equipment and distribute voice circuits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Cat3 25 portsvoice patch panel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Cold-rolled steel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 voice equipment and distribute voice circuits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483 × 44.5 × 132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Voice Patch Panel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Patch Panel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cabling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Telecom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Structured cabling racks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SP6025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patch-voice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patch-voice</dc:title>
  <dc:subject>NexPro English product specification</dc:subject>
  <dc:creator>NexPro</dc:creator>
  <cp:keywords>SP6025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