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PATCH PANELS, FACEPLATES &amp; KEYSTONE MODULES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SP5524 Cat5e 24-port data patch panel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SP5524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8328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2_sp5524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328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SP5524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Rack-mounted data patch panels for structured network cabling.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 Panels, Faceplates &amp; Keystone Modules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patch-data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SP5524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patching, Network cabinets, ELV cabling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Material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SP5524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SP5524 Cat5e 24-port data patch panel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Cat5e 24 ports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Cold-rolled steel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Connect network equipment and route data cabling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Cat5e 24 ports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Cold-rolled steel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Connect network equipment and route data cabling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483 × 44.5 × 86 mm (including cable-management rings)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Patch Panel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Patch Panel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patching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ELV cabling projects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SP5524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patch-data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patch-data</dc:title>
  <dc:subject>NexPro English product specification</dc:subject>
  <dc:creator>NexPro</dc:creator>
  <cp:keywords>SP5524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